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 OF</w:t>
      </w:r>
    </w:p>
    <w:p/>
    <w:p/>
    <w:p>
      <w:r>
        <w:rPr>
          <w:b w:val="0"/>
          <w:sz w:val="20"/>
        </w:rPr>
        <w:t>I, ________________________________, a resident of ________________________________, Wisconsin, declare this to be my Last Will and Testament. I revoke all prior wills and codicils.</w:t>
      </w:r>
    </w:p>
    <w:p/>
    <w:p/>
    <w:p>
      <w:r>
        <w:rPr>
          <w:b/>
          <w:sz w:val="20"/>
        </w:rPr>
        <w:t>ARTICLE 1 - IDENTIFICATION OF TESTATOR</w:t>
      </w:r>
    </w:p>
    <w:p>
      <w:r>
        <w:rPr>
          <w:b w:val="0"/>
          <w:sz w:val="20"/>
        </w:rPr>
        <w:t>I am of legal age and of sound mind. This Last Will and Testament reflects my personal desires and instructions with respect to the disposition of my estate upon my death.</w:t>
      </w:r>
    </w:p>
    <w:p/>
    <w:p>
      <w:r>
        <w:rPr>
          <w:b/>
          <w:sz w:val="20"/>
        </w:rPr>
        <w:t>ARTICLE 2 - APPOINTMENT OF PERSONAL REPRESENTATIVE</w:t>
      </w:r>
    </w:p>
    <w:p>
      <w:r>
        <w:rPr>
          <w:b w:val="0"/>
          <w:sz w:val="20"/>
        </w:rPr>
        <w:t>I appoint ________________________________ as Personal Representative of my estate. If the named Personal Representative is unable or unwilling to serve, then I appoint ________________________________ as successor Personal Representative.</w:t>
      </w:r>
    </w:p>
    <w:p/>
    <w:p>
      <w:r>
        <w:rPr>
          <w:b/>
          <w:sz w:val="20"/>
        </w:rPr>
        <w:t>ARTICLE 3 - PAYMENT OF DEBTS AND EXPENSES</w:t>
      </w:r>
    </w:p>
    <w:p>
      <w:r>
        <w:rPr>
          <w:b w:val="0"/>
          <w:sz w:val="20"/>
        </w:rPr>
        <w:t>I direct that all my just debts, funeral expenses, and expenses of administering my estate be first paid out of my estate.</w:t>
      </w:r>
    </w:p>
    <w:p/>
    <w:p>
      <w:r>
        <w:rPr>
          <w:b/>
          <w:sz w:val="20"/>
        </w:rPr>
        <w:t>ARTICLE 4 - DISPOSITION OF PROPERTY</w:t>
      </w:r>
    </w:p>
    <w:p>
      <w:r>
        <w:rPr>
          <w:b w:val="0"/>
          <w:sz w:val="20"/>
        </w:rPr>
        <w:t>I give, devise, and bequeath my estate as follows:</w:t>
      </w:r>
    </w:p>
    <w:p>
      <w:r>
        <w:rPr>
          <w:b/>
          <w:sz w:val="20"/>
        </w:rPr>
        <w:t>A. Specific Bequests:</w:t>
      </w:r>
    </w:p>
    <w:p>
      <w:r>
        <w:rPr>
          <w:b w:val="0"/>
          <w:sz w:val="20"/>
        </w:rPr>
        <w:t>1. To ________________________________, I give the following property: ________________________________.</w:t>
      </w:r>
    </w:p>
    <w:p>
      <w:r>
        <w:rPr>
          <w:b w:val="0"/>
          <w:sz w:val="20"/>
        </w:rPr>
        <w:t>2. To ________________________________, I give the following property: ________________________________.</w:t>
      </w:r>
    </w:p>
    <w:p/>
    <w:p>
      <w:r>
        <w:rPr>
          <w:b/>
          <w:sz w:val="20"/>
        </w:rPr>
        <w:t>B. Residuary Estate:</w:t>
      </w:r>
    </w:p>
    <w:p>
      <w:r>
        <w:rPr>
          <w:b w:val="0"/>
          <w:sz w:val="20"/>
        </w:rPr>
        <w:t>I give all the rest, residue, and remainder of my estate, of whatever kind and wherever located, to ________________________________.</w:t>
      </w:r>
    </w:p>
    <w:p/>
    <w:p>
      <w:r>
        <w:rPr>
          <w:b/>
          <w:sz w:val="20"/>
        </w:rPr>
        <w:t>ARTICLE 5 - GUARDIANSHIP</w:t>
      </w:r>
    </w:p>
    <w:p>
      <w:r>
        <w:rPr>
          <w:b w:val="0"/>
          <w:sz w:val="20"/>
        </w:rPr>
        <w:t>If I have minor children at the time of my death, I appoint ________________________________ as guardian of their persons and estates. If this guardian is unable or unwilling to serve, then I appoint ________________________________ as successor guardian.</w:t>
      </w:r>
    </w:p>
    <w:p/>
    <w:p>
      <w:r>
        <w:rPr>
          <w:b/>
          <w:sz w:val="20"/>
        </w:rPr>
        <w:t>ARTICLE 6 - NO CONTEST CLAUSE</w:t>
      </w:r>
    </w:p>
    <w:p>
      <w:r>
        <w:rPr>
          <w:b w:val="0"/>
          <w:sz w:val="20"/>
        </w:rPr>
        <w:t>If any beneficiary under this Will, directly or indirectly, contests this Will or any of its provisions, any share or interest in my estate given to that person under this Will shall be forfeited and shall become part of the residue of my estate.</w:t>
      </w:r>
    </w:p>
    <w:p/>
    <w:p>
      <w:r>
        <w:rPr>
          <w:b/>
          <w:sz w:val="20"/>
        </w:rPr>
        <w:t>ARTICLE 7 - POWERS OF PERSONAL REPRESENTATIVE</w:t>
      </w:r>
    </w:p>
    <w:p>
      <w:r>
        <w:rPr>
          <w:b w:val="0"/>
          <w:sz w:val="20"/>
        </w:rPr>
        <w:t>I grant my Personal Representative all powers allowed by Wisconsin law, including, but not limited to, the power to sell, lease, invest, and distribute property of my estate without court approval.</w:t>
      </w:r>
    </w:p>
    <w:p/>
    <w:p>
      <w:r>
        <w:rPr>
          <w:b/>
          <w:sz w:val="20"/>
        </w:rPr>
        <w:t>ARTICLE 8 - GOVERNING LAW</w:t>
      </w:r>
    </w:p>
    <w:p>
      <w:r>
        <w:rPr>
          <w:b w:val="0"/>
          <w:sz w:val="20"/>
        </w:rPr>
        <w:t>This Will shall be governed by and construed in accordance with the laws of the State of Wisconsin.</w:t>
      </w:r>
    </w:p>
    <w:p/>
    <w:p/>
    <w:p>
      <w:r>
        <w:rPr>
          <w:b w:val="0"/>
          <w:sz w:val="20"/>
        </w:rPr>
        <w:t>IN WITNESS WHEREOF, I have hereunto set my hand this ______________ day of ________________, _______.</w:t>
      </w:r>
    </w:p>
    <w:p/>
    <w:p/>
    <w:p/>
    <w:p>
      <w:r>
        <w:rPr>
          <w:b w:val="0"/>
          <w:sz w:val="20"/>
        </w:rPr>
        <w:t>__________________________________</w:t>
      </w:r>
    </w:p>
    <w:p>
      <w:r>
        <w:rPr>
          <w:b w:val="0"/>
          <w:sz w:val="20"/>
        </w:rPr>
        <w:t>Testator’s Signature</w:t>
      </w:r>
    </w:p>
    <w:p/>
    <w:p/>
    <w:p/>
    <w:p>
      <w:r>
        <w:rPr>
          <w:b/>
          <w:sz w:val="20"/>
        </w:rPr>
        <w:t>WITNESSES’ ATTESTATION</w:t>
      </w:r>
    </w:p>
    <w:p>
      <w:r>
        <w:rPr>
          <w:b w:val="0"/>
          <w:sz w:val="20"/>
        </w:rPr>
        <w:t>We, the undersigned, hereby certify that the above-named Testator declared to us that this instrument is his/her Last Will and Testament, that he/she signed this Will in our presence, and that we, at his/her request and in his/her presence and in the presence of each other, have subscribed our names as witnesses.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Address: ________________________________</w:t>
            </w:r>
          </w:p>
        </w:tc>
        <w:tc>
          <w:tcPr>
            <w:tcW w:type="dxa" w:w="4986"/>
            <w:tcBorders>
              <w:top w:val="nil"/>
              <w:left w:val="nil"/>
              <w:bottom w:val="nil"/>
              <w:right w:val="nil"/>
              <w:insideH w:val="nil"/>
              <w:insideV w:val="nil"/>
            </w:tcBorders>
          </w:tcPr>
          <w:p>
            <w:pPr>
              <w:jc w:val="center"/>
            </w:pPr>
            <w:r>
              <w:t>Name: ________________________________</w:t>
              <w:br/>
              <w:t>Address: ________________________________</w:t>
            </w:r>
          </w:p>
        </w:tc>
      </w:tr>
    </w:tbl>
    <w:p/>
    <w:p/>
    <w:p>
      <w:r>
        <w:rPr>
          <w:b/>
          <w:sz w:val="20"/>
        </w:rPr>
        <w:t>NOTARY ACKNOWLEDGMENT</w:t>
      </w:r>
    </w:p>
    <w:p>
      <w:r>
        <w:rPr>
          <w:b w:val="0"/>
          <w:sz w:val="20"/>
        </w:rPr>
        <w:t>State of Wisconsin</w:t>
      </w:r>
    </w:p>
    <w:p>
      <w:r>
        <w:rPr>
          <w:b w:val="0"/>
          <w:sz w:val="20"/>
        </w:rPr>
        <w:t>County of _____________________</w:t>
      </w:r>
    </w:p>
    <w:p>
      <w:r>
        <w:rPr>
          <w:b w:val="0"/>
          <w:sz w:val="20"/>
        </w:rPr>
        <w:t>On this __________ day of ____________, ________, before me, the undersigned notary public, personally appeared ____________________________, known to me (or satisfactorily proven) to be the person whose name is subscribed to the within instrument, and acknowledged that he/she executed the same for the purposes therein contained.</w:t>
      </w:r>
    </w:p>
    <w:p/>
    <w:p>
      <w:r>
        <w:rPr>
          <w:b w:val="0"/>
          <w:sz w:val="20"/>
        </w:rPr>
        <w:t>In witness whereof, I hereunto set my hand and official seal.</w:t>
      </w:r>
    </w:p>
    <w:p/>
    <w:p/>
    <w:p/>
    <w:p>
      <w:r>
        <w:rPr>
          <w:b w:val="0"/>
          <w:sz w:val="20"/>
        </w:rPr>
        <w:t>__________________________________</w:t>
      </w:r>
    </w:p>
    <w:p>
      <w:r>
        <w:rPr>
          <w:b w:val="0"/>
          <w:sz w:val="20"/>
        </w:rPr>
        <w:t>Notary Public Signature</w:t>
      </w:r>
    </w:p>
    <w:p>
      <w:r>
        <w:rPr>
          <w:b w:val="0"/>
          <w:sz w:val="20"/>
        </w:rPr>
        <w:t>My commission expires: ____________________</w:t>
      </w:r>
    </w:p>
    <w:p>
      <w:r>
        <w:br w:type="page"/>
      </w:r>
    </w:p>
    <w:p>
      <w:pPr>
        <w:jc w:val="center"/>
      </w:pPr>
      <w:r>
        <w:rPr>
          <w:color w:val="555555"/>
          <w:sz w:val="24"/>
        </w:rPr>
        <w:t>Original source of this document:</w:t>
      </w:r>
    </w:p>
    <w:p>
      <w:pPr>
        <w:jc w:val="center"/>
      </w:pPr>
      <w:hyperlink r:id="rId9">
        <w:r>
          <w:rPr>
            <w:color w:val="0000FF"/>
            <w:u w:val="single"/>
          </w:rPr>
          <w:t>https://docs-business.com/wisconsin-will-template/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wisconsin-will-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