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VENUE RENTAL AGREEMENT</w:t>
      </w:r>
    </w:p>
    <w:p/>
    <w:p>
      <w:r>
        <w:rPr>
          <w:b/>
          <w:sz w:val="20"/>
        </w:rPr>
        <w:t>This Venue Rental Agreement ("Agreement") is entered into by and between:</w:t>
      </w:r>
    </w:p>
    <w:p>
      <w:r>
        <w:rPr>
          <w:b w:val="0"/>
          <w:sz w:val="20"/>
        </w:rPr>
        <w:t>Lessor (Venue Owner): 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val="0"/>
          <w:sz w:val="20"/>
        </w:rPr>
        <w:t>Lessee (Renter): 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RECITALS</w:t>
      </w:r>
    </w:p>
    <w:p>
      <w:r>
        <w:rPr>
          <w:b w:val="0"/>
          <w:sz w:val="20"/>
        </w:rPr>
        <w:t>WHEREAS, Lessor is the lawful owner or authorized agent of the venue described below;</w:t>
      </w:r>
    </w:p>
    <w:p>
      <w:r>
        <w:rPr>
          <w:b w:val="0"/>
          <w:sz w:val="20"/>
        </w:rPr>
        <w:t>WHEREAS, Lessee desires to rent the venue for the purpose and duration set forth herein;</w:t>
      </w:r>
    </w:p>
    <w:p>
      <w:r>
        <w:rPr>
          <w:b w:val="0"/>
          <w:sz w:val="20"/>
        </w:rPr>
        <w:t>NOW, THEREFORE, in consideration of the mutual covenants contained herein and other good and valuable consideration, the parties agree as follows:</w:t>
      </w:r>
    </w:p>
    <w:p/>
    <w:p>
      <w:r>
        <w:rPr>
          <w:b/>
          <w:sz w:val="20"/>
        </w:rPr>
        <w:t>1. Venue Description</w:t>
      </w:r>
    </w:p>
    <w:p>
      <w:r>
        <w:rPr>
          <w:b w:val="0"/>
          <w:sz w:val="20"/>
        </w:rPr>
        <w:t>The venue subject to this Agreement is located at:</w:t>
      </w:r>
    </w:p>
    <w:p>
      <w:r>
        <w:rPr>
          <w:b w:val="0"/>
          <w:sz w:val="20"/>
        </w:rPr>
        <w:t>Address: ____________________________________________________________</w:t>
      </w:r>
    </w:p>
    <w:p>
      <w:r>
        <w:rPr>
          <w:b w:val="0"/>
          <w:sz w:val="20"/>
        </w:rPr>
        <w:t>Description of Premises: _____________________________________________</w:t>
      </w:r>
    </w:p>
    <w:p/>
    <w:p>
      <w:r>
        <w:rPr>
          <w:b/>
          <w:sz w:val="20"/>
        </w:rPr>
        <w:t>2. Rental Term</w:t>
      </w:r>
    </w:p>
    <w:p>
      <w:r>
        <w:rPr>
          <w:b w:val="0"/>
          <w:sz w:val="20"/>
        </w:rPr>
        <w:t>The rental period shall commence on _______________________ at ____________ and end on _______________________ at ____________.</w:t>
      </w:r>
    </w:p>
    <w:p>
      <w:r>
        <w:rPr>
          <w:b w:val="0"/>
          <w:sz w:val="20"/>
        </w:rPr>
        <w:t>Lessee shall vacate the premises promptly at the end of the rental term unless otherwise agreed in writing.</w:t>
      </w:r>
    </w:p>
    <w:p/>
    <w:p>
      <w:r>
        <w:rPr>
          <w:b/>
          <w:sz w:val="20"/>
        </w:rPr>
        <w:t>3. Rental Fee and Payment</w:t>
      </w:r>
    </w:p>
    <w:p>
      <w:r>
        <w:rPr>
          <w:b w:val="0"/>
          <w:sz w:val="20"/>
        </w:rPr>
        <w:t>The total rental fee for the term specified above is $_______________ USD.</w:t>
      </w:r>
    </w:p>
    <w:p>
      <w:r>
        <w:rPr>
          <w:b w:val="0"/>
          <w:sz w:val="20"/>
        </w:rPr>
        <w:t>A deposit of $_______________ USD is required to secure the booking and is due upon signing this Agreement.</w:t>
      </w:r>
    </w:p>
    <w:p>
      <w:r>
        <w:rPr>
          <w:b w:val="0"/>
          <w:sz w:val="20"/>
        </w:rPr>
        <w:t>The balance of $_______________ USD shall be paid no later than ________________ prior to the rental term.</w:t>
      </w:r>
    </w:p>
    <w:p>
      <w:r>
        <w:rPr>
          <w:b w:val="0"/>
          <w:sz w:val="20"/>
        </w:rPr>
        <w:t>Payments shall be made by cash, check, credit card, or electronic transfer to the following account or address:</w:t>
      </w:r>
    </w:p>
    <w:p>
      <w:r>
        <w:rPr>
          <w:b w:val="0"/>
          <w:sz w:val="20"/>
        </w:rPr>
        <w:t>_____________________________________________________________________</w:t>
      </w:r>
    </w:p>
    <w:p/>
    <w:p>
      <w:r>
        <w:rPr>
          <w:b/>
          <w:sz w:val="20"/>
        </w:rPr>
        <w:t>4. Use of Venue</w:t>
      </w:r>
    </w:p>
    <w:p>
      <w:r>
        <w:rPr>
          <w:b w:val="0"/>
          <w:sz w:val="20"/>
        </w:rPr>
        <w:t>Lessee agrees to use the venue solely for the following purpose(s):</w:t>
      </w:r>
    </w:p>
    <w:p>
      <w:r>
        <w:rPr>
          <w:b w:val="0"/>
          <w:sz w:val="20"/>
        </w:rPr>
        <w:t>_____________________________________________________________________</w:t>
      </w:r>
    </w:p>
    <w:p>
      <w:r>
        <w:rPr>
          <w:b w:val="0"/>
          <w:sz w:val="20"/>
        </w:rPr>
        <w:t>Lessee shall comply with all applicable laws, ordinances, and venue rules during the rental term.</w:t>
      </w:r>
    </w:p>
    <w:p>
      <w:r>
        <w:rPr>
          <w:b w:val="0"/>
          <w:sz w:val="20"/>
        </w:rPr>
        <w:t>No illegal activity or nuisance shall be permitted on the premises.</w:t>
      </w:r>
    </w:p>
    <w:p>
      <w:r>
        <w:rPr>
          <w:b w:val="0"/>
          <w:sz w:val="20"/>
        </w:rPr>
        <w:t>Lessee shall not make any alterations or additions to the venue without prior written consent from Lessor.</w:t>
      </w:r>
    </w:p>
    <w:p/>
    <w:p>
      <w:r>
        <w:rPr>
          <w:b/>
          <w:sz w:val="20"/>
        </w:rPr>
        <w:t>5. Occupancy Limits and Conduct</w:t>
      </w:r>
    </w:p>
    <w:p>
      <w:r>
        <w:rPr>
          <w:b w:val="0"/>
          <w:sz w:val="20"/>
        </w:rPr>
        <w:t>Maximum occupancy shall not exceed ______________ persons.</w:t>
      </w:r>
    </w:p>
    <w:p>
      <w:r>
        <w:rPr>
          <w:b w:val="0"/>
          <w:sz w:val="20"/>
        </w:rPr>
        <w:t>Lessee is responsible for the conduct of all guests and invitees.</w:t>
      </w:r>
    </w:p>
    <w:p>
      <w:r>
        <w:rPr>
          <w:b w:val="0"/>
          <w:sz w:val="20"/>
        </w:rPr>
        <w:t>Noise levels shall be kept within reasonable limits as required by local ordinances.</w:t>
      </w:r>
    </w:p>
    <w:p/>
    <w:p>
      <w:r>
        <w:rPr>
          <w:b/>
          <w:sz w:val="20"/>
        </w:rPr>
        <w:t>6. Equipment and Services</w:t>
      </w:r>
    </w:p>
    <w:p>
      <w:r>
        <w:rPr>
          <w:b w:val="0"/>
          <w:sz w:val="20"/>
        </w:rPr>
        <w:t xml:space="preserve">Lessor agrees to provide the following equipment and services as part of the rental: </w:t>
      </w:r>
    </w:p>
    <w:p>
      <w:r>
        <w:rPr>
          <w:b w:val="0"/>
          <w:sz w:val="20"/>
        </w:rPr>
        <w:t>_____________________________________________________________________</w:t>
      </w:r>
    </w:p>
    <w:p>
      <w:r>
        <w:rPr>
          <w:b w:val="0"/>
          <w:sz w:val="20"/>
        </w:rPr>
        <w:t>Any additional services or equipment must be arranged separately and may incur additional charges.</w:t>
      </w:r>
    </w:p>
    <w:p/>
    <w:p>
      <w:r>
        <w:rPr>
          <w:b/>
          <w:sz w:val="20"/>
        </w:rPr>
        <w:t>7. Damage and Repairs</w:t>
      </w:r>
    </w:p>
    <w:p>
      <w:r>
        <w:rPr>
          <w:b w:val="0"/>
          <w:sz w:val="20"/>
        </w:rPr>
        <w:t>Lessee shall be liable for any damage to the venue or its contents beyond normal wear and tear.</w:t>
      </w:r>
    </w:p>
    <w:p>
      <w:r>
        <w:rPr>
          <w:b w:val="0"/>
          <w:sz w:val="20"/>
        </w:rPr>
        <w:t>Lessee agrees to promptly notify Lessor of any damage or malfunction noted during the rental term.</w:t>
      </w:r>
    </w:p>
    <w:p>
      <w:r>
        <w:rPr>
          <w:b w:val="0"/>
          <w:sz w:val="20"/>
        </w:rPr>
        <w:t>The security deposit shall be held to cover such damages; any costs exceeding the deposit shall be payable by Lessee within 10 days of written notice.</w:t>
      </w:r>
    </w:p>
    <w:p/>
    <w:p>
      <w:r>
        <w:rPr>
          <w:b/>
          <w:sz w:val="20"/>
        </w:rPr>
        <w:t>8. Indemnification and Liability</w:t>
      </w:r>
    </w:p>
    <w:p>
      <w:r>
        <w:rPr>
          <w:b w:val="0"/>
          <w:sz w:val="20"/>
        </w:rPr>
        <w:t>Lessee agrees to indemnify, defend, and hold harmless Lessor, its agents, employees, and representatives from and against any and all claims, damages, losses, liabilities, costs, and expenses (including reasonable attorneys’ fees) arising out of or related to Lessee’s use of the venue, except to the extent caused by Lessor’s gross negligence or willful misconduct.</w:t>
      </w:r>
    </w:p>
    <w:p>
      <w:r>
        <w:rPr>
          <w:b w:val="0"/>
          <w:sz w:val="20"/>
        </w:rPr>
        <w:t>Lessee assumes all risk of injury to persons or property in connection with the use of the venue.</w:t>
      </w:r>
    </w:p>
    <w:p/>
    <w:p>
      <w:r>
        <w:rPr>
          <w:b/>
          <w:sz w:val="20"/>
        </w:rPr>
        <w:t>9. Insurance</w:t>
      </w:r>
    </w:p>
    <w:p>
      <w:r>
        <w:rPr>
          <w:b w:val="0"/>
          <w:sz w:val="20"/>
        </w:rPr>
        <w:t>Lessee shall maintain general liability insurance covering the event and naming Lessor as an additional insured, with minimum coverage limits of $_________________.</w:t>
      </w:r>
    </w:p>
    <w:p>
      <w:r>
        <w:rPr>
          <w:b w:val="0"/>
          <w:sz w:val="20"/>
        </w:rPr>
        <w:t>Proof of insurance shall be provided to Lessor no later than ________________ prior to the rental term.</w:t>
      </w:r>
    </w:p>
    <w:p/>
    <w:p>
      <w:r>
        <w:rPr>
          <w:b/>
          <w:sz w:val="20"/>
        </w:rPr>
        <w:t>10. Cancellation and Refunds</w:t>
      </w:r>
    </w:p>
    <w:p>
      <w:r>
        <w:rPr>
          <w:b w:val="0"/>
          <w:sz w:val="20"/>
        </w:rPr>
        <w:t>Lessee may cancel this Agreement by providing written notice to Lessor at least ______________ days prior to the rental term.</w:t>
      </w:r>
    </w:p>
    <w:p>
      <w:r>
        <w:rPr>
          <w:b w:val="0"/>
          <w:sz w:val="20"/>
        </w:rPr>
        <w:t>In the event of cancellation, the following refund policy applies:</w:t>
      </w:r>
    </w:p>
    <w:p>
      <w:r>
        <w:rPr>
          <w:b w:val="0"/>
          <w:sz w:val="20"/>
        </w:rPr>
        <w:t>- Cancellations made more than ______________ days before the rental term: full refund of deposit.</w:t>
      </w:r>
    </w:p>
    <w:p>
      <w:r>
        <w:rPr>
          <w:b w:val="0"/>
          <w:sz w:val="20"/>
        </w:rPr>
        <w:t>- Cancellations made within ______________ days of the rental term: deposit is non-refundable.</w:t>
      </w:r>
    </w:p>
    <w:p>
      <w:r>
        <w:rPr>
          <w:b w:val="0"/>
          <w:sz w:val="20"/>
        </w:rPr>
        <w:t>Lessor reserves the right to cancel the Agreement due to unforeseen circumstances or force majeure; in such case, all fees paid shall be refunded.</w:t>
      </w:r>
    </w:p>
    <w:p/>
    <w:p>
      <w:r>
        <w:rPr>
          <w:b/>
          <w:sz w:val="20"/>
        </w:rPr>
        <w:t>11. Force Majeure</w:t>
      </w:r>
    </w:p>
    <w:p>
      <w:r>
        <w:rPr>
          <w:b w:val="0"/>
          <w:sz w:val="20"/>
        </w:rPr>
        <w:t>Neither party shall be liable for any failure or delay in performance due to causes beyond their reasonable control, including but not limited to acts of God, fire, flood, war, government action, or public health emergencies.</w:t>
      </w:r>
    </w:p>
    <w:p>
      <w:r>
        <w:rPr>
          <w:b w:val="0"/>
          <w:sz w:val="20"/>
        </w:rPr>
        <w:t>In such event, the affected party shall notify the other promptly and make reasonable efforts to resume performance.</w:t>
      </w:r>
    </w:p>
    <w:p/>
    <w:p>
      <w:r>
        <w:rPr>
          <w:b/>
          <w:sz w:val="20"/>
        </w:rPr>
        <w:t>12. Governing Law and Dispute Resolution</w:t>
      </w:r>
    </w:p>
    <w:p>
      <w:r>
        <w:rPr>
          <w:b w:val="0"/>
          <w:sz w:val="20"/>
        </w:rPr>
        <w:t>This Agreement shall be governed by and construed in accordance with the laws of the State of __________________.</w:t>
      </w:r>
    </w:p>
    <w:p>
      <w:r>
        <w:rPr>
          <w:b w:val="0"/>
          <w:sz w:val="20"/>
        </w:rPr>
        <w:t>Any disputes arising out of or relating to this Agreement shall be resolved first through good faith negotiation between the parties.</w:t>
      </w:r>
    </w:p>
    <w:p>
      <w:r>
        <w:rPr>
          <w:b w:val="0"/>
          <w:sz w:val="20"/>
        </w:rPr>
        <w:t>If unresolved, disputes shall be submitted to binding arbitration in accordance with the rules of the American Arbitration Association, with the venue located in __________________.</w:t>
      </w:r>
    </w:p>
    <w:p/>
    <w:p>
      <w:r>
        <w:rPr>
          <w:b/>
          <w:sz w:val="20"/>
        </w:rPr>
        <w:t>13. Miscellaneous</w:t>
      </w:r>
    </w:p>
    <w:p>
      <w:r>
        <w:rPr>
          <w:b w:val="0"/>
          <w:sz w:val="20"/>
        </w:rPr>
        <w:t>a) Entire Agreement: This Agreement constitutes the entire understanding between the parties and supersedes all prior agreements or understandings, whether written or oral.</w:t>
      </w:r>
    </w:p>
    <w:p>
      <w:r>
        <w:rPr>
          <w:b w:val="0"/>
          <w:sz w:val="20"/>
        </w:rPr>
        <w:t>b) Amendments: Any modifications or amendments must be in writing and signed by both parties.</w:t>
      </w:r>
    </w:p>
    <w:p>
      <w:r>
        <w:rPr>
          <w:b w:val="0"/>
          <w:sz w:val="20"/>
        </w:rPr>
        <w:t>c) Severability: If any provision is found unenforceable, the remainder shall remain in full force and effect.</w:t>
      </w:r>
    </w:p>
    <w:p>
      <w:r>
        <w:rPr>
          <w:b w:val="0"/>
          <w:sz w:val="20"/>
        </w:rPr>
        <w:t>d) Assignment: Lessee may not assign or transfer its rights or obligations under this Agreement without prior written consent of Lessor.</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 (Venue Owner)</w:t>
            </w:r>
          </w:p>
        </w:tc>
        <w:tc>
          <w:tcPr>
            <w:tcW w:type="dxa" w:w="4986"/>
            <w:tcBorders>
              <w:top w:val="nil"/>
              <w:left w:val="nil"/>
              <w:bottom w:val="nil"/>
              <w:right w:val="nil"/>
              <w:insideH w:val="nil"/>
              <w:insideV w:val="nil"/>
            </w:tcBorders>
          </w:tcPr>
          <w:p>
            <w:pPr>
              <w:jc w:val="center"/>
            </w:pPr>
            <w:r>
              <w:t>LESSEE (Renter)</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https://docs-business.com/venue-contract-template/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venue-contrac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