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SALES AGREEMENT</w:t>
      </w:r>
    </w:p>
    <w:p/>
    <w:p/>
    <w:p>
      <w:r>
        <w:rPr>
          <w:b w:val="0"/>
          <w:sz w:val="20"/>
        </w:rPr>
        <w:t>This Vehicle Sales Agreement ("Agreement") is made between the Seller and the Buyer identified below. The Seller agrees to sell, and the Buyer agrees to purchase, the vehicle described herein under the following terms and conditions.</w:t>
      </w:r>
    </w:p>
    <w:p/>
    <w:p/>
    <w:p>
      <w:r>
        <w:rPr>
          <w:b/>
          <w:sz w:val="20"/>
        </w:rPr>
        <w:t>SELLER INFORMATION</w:t>
      </w:r>
    </w:p>
    <w:p>
      <w:r>
        <w:rPr>
          <w:b w:val="0"/>
          <w:sz w:val="20"/>
        </w:rPr>
        <w:t>Full Legal Name: _________________________________________________</w:t>
      </w:r>
    </w:p>
    <w:p>
      <w:r>
        <w:rPr>
          <w:b w:val="0"/>
          <w:sz w:val="20"/>
        </w:rPr>
        <w:t>Address: ________________________________________________________</w:t>
      </w:r>
    </w:p>
    <w:p>
      <w:r>
        <w:rPr>
          <w:b w:val="0"/>
          <w:sz w:val="20"/>
        </w:rPr>
        <w:t>Phone Number: _________________________________________________</w:t>
      </w:r>
    </w:p>
    <w:p>
      <w:r>
        <w:rPr>
          <w:b w:val="0"/>
          <w:sz w:val="20"/>
        </w:rPr>
        <w:t>Email Address: _________________________________________________</w:t>
      </w:r>
    </w:p>
    <w:p/>
    <w:p>
      <w:r>
        <w:rPr>
          <w:b/>
          <w:sz w:val="20"/>
        </w:rPr>
        <w:t>BUYER INFORMATION</w:t>
      </w:r>
    </w:p>
    <w:p>
      <w:r>
        <w:rPr>
          <w:b w:val="0"/>
          <w:sz w:val="20"/>
        </w:rPr>
        <w:t>Full Legal Name: _________________________________________________</w:t>
      </w:r>
    </w:p>
    <w:p>
      <w:r>
        <w:rPr>
          <w:b w:val="0"/>
          <w:sz w:val="20"/>
        </w:rPr>
        <w:t>Address: ________________________________________________________</w:t>
      </w:r>
    </w:p>
    <w:p>
      <w:r>
        <w:rPr>
          <w:b w:val="0"/>
          <w:sz w:val="20"/>
        </w:rPr>
        <w:t>Phone Number: _________________________________________________</w:t>
      </w:r>
    </w:p>
    <w:p>
      <w:r>
        <w:rPr>
          <w:b w:val="0"/>
          <w:sz w:val="20"/>
        </w:rPr>
        <w:t>Email Address: _________________________________________________</w:t>
      </w:r>
    </w:p>
    <w:p/>
    <w:p>
      <w:r>
        <w:rPr>
          <w:b/>
          <w:sz w:val="20"/>
        </w:rPr>
        <w:t>VEHICLE INFORMATION</w:t>
      </w:r>
    </w:p>
    <w:p>
      <w:r>
        <w:rPr>
          <w:b w:val="0"/>
          <w:sz w:val="20"/>
        </w:rPr>
        <w:t>Make: __________________________________________________________</w:t>
      </w:r>
    </w:p>
    <w:p>
      <w:r>
        <w:rPr>
          <w:b w:val="0"/>
          <w:sz w:val="20"/>
        </w:rPr>
        <w:t>Model: _________________________________________________________</w:t>
      </w:r>
    </w:p>
    <w:p>
      <w:r>
        <w:rPr>
          <w:b w:val="0"/>
          <w:sz w:val="20"/>
        </w:rPr>
        <w:t>Year: ___________________________________________________________</w:t>
      </w:r>
    </w:p>
    <w:p>
      <w:r>
        <w:rPr>
          <w:b w:val="0"/>
          <w:sz w:val="20"/>
        </w:rPr>
        <w:t>VIN (Vehicle Identification Number): ______________________________</w:t>
      </w:r>
    </w:p>
    <w:p>
      <w:r>
        <w:rPr>
          <w:b w:val="0"/>
          <w:sz w:val="20"/>
        </w:rPr>
        <w:t>Odometer Reading: _______________________________________________</w:t>
      </w:r>
    </w:p>
    <w:p>
      <w:r>
        <w:rPr>
          <w:b w:val="0"/>
          <w:sz w:val="20"/>
        </w:rPr>
        <w:t>Registration Number: ____________________________________________</w:t>
      </w:r>
    </w:p>
    <w:p>
      <w:r>
        <w:rPr>
          <w:b w:val="0"/>
          <w:sz w:val="20"/>
        </w:rPr>
        <w:t>Color: __________________________________________________________</w:t>
      </w:r>
    </w:p>
    <w:p>
      <w:r>
        <w:rPr>
          <w:b w:val="0"/>
          <w:sz w:val="20"/>
        </w:rPr>
        <w:t>Additional Equipment or Features: ________________________________</w:t>
      </w:r>
    </w:p>
    <w:p>
      <w:r>
        <w:rPr>
          <w:b w:val="0"/>
          <w:sz w:val="20"/>
        </w:rPr>
        <w:t>_______________________________________________________________</w:t>
      </w:r>
    </w:p>
    <w:p/>
    <w:p>
      <w:r>
        <w:rPr>
          <w:b/>
          <w:sz w:val="20"/>
        </w:rPr>
        <w:t>PURCHASE PRICE AND PAYMENT TERMS</w:t>
      </w:r>
    </w:p>
    <w:p>
      <w:r>
        <w:rPr>
          <w:b w:val="0"/>
          <w:sz w:val="20"/>
        </w:rPr>
        <w:t>Total Purchase Price: $________________ USD</w:t>
      </w:r>
    </w:p>
    <w:p>
      <w:r>
        <w:rPr>
          <w:b w:val="0"/>
          <w:sz w:val="20"/>
        </w:rPr>
        <w:t>Deposit Amount (if any): $________________ USD</w:t>
      </w:r>
    </w:p>
    <w:p>
      <w:r>
        <w:rPr>
          <w:b w:val="0"/>
          <w:sz w:val="20"/>
        </w:rPr>
        <w:t>Balance Due: $________________ USD</w:t>
      </w:r>
    </w:p>
    <w:p>
      <w:r>
        <w:rPr>
          <w:b w:val="0"/>
          <w:sz w:val="20"/>
        </w:rPr>
        <w:t>Payment Method(s): _______________________________________________</w:t>
      </w:r>
    </w:p>
    <w:p>
      <w:r>
        <w:rPr>
          <w:b w:val="0"/>
          <w:sz w:val="20"/>
        </w:rPr>
        <w:t>Payment Due Date(s): ______________________________________________</w:t>
      </w:r>
    </w:p>
    <w:p/>
    <w:p>
      <w:r>
        <w:rPr>
          <w:b/>
          <w:sz w:val="20"/>
        </w:rPr>
        <w:t>CONDITION OF VEHICLE</w:t>
      </w:r>
    </w:p>
    <w:p>
      <w:r>
        <w:rPr>
          <w:b w:val="0"/>
          <w:sz w:val="20"/>
        </w:rPr>
        <w:t>The Buyer acknowledges that the vehicle is sold "AS IS," without any warranties, except as expressly stated in this Agreement. The Seller certifies that to the best of their knowledge, the vehicle is free of any liens, encumbrances, and is legally fit for sale. The Buyer has had the opportunity to inspect the vehicle or have it inspected by a professional mechanic prior to purchase.</w:t>
      </w:r>
    </w:p>
    <w:p/>
    <w:p>
      <w:r>
        <w:rPr>
          <w:b/>
          <w:sz w:val="20"/>
        </w:rPr>
        <w:t>TITLE AND REGISTRATION</w:t>
      </w:r>
    </w:p>
    <w:p>
      <w:r>
        <w:rPr>
          <w:b w:val="0"/>
          <w:sz w:val="20"/>
        </w:rPr>
        <w:t>The Seller agrees to transfer clear and marketable title to the Buyer upon full payment of the purchase price. The Seller will provide the Buyer with all necessary documents to enable registration and ownership transfer with the appropriate authority.</w:t>
      </w:r>
    </w:p>
    <w:p/>
    <w:p>
      <w:r>
        <w:rPr>
          <w:b/>
          <w:sz w:val="20"/>
        </w:rPr>
        <w:t>REPRESENTATIONS AND WARRANTIES</w:t>
      </w:r>
    </w:p>
    <w:p>
      <w:r>
        <w:rPr>
          <w:b w:val="0"/>
          <w:sz w:val="20"/>
        </w:rPr>
        <w:t>The Seller represents that they are the legal owner of the vehicle and have full authority to sell it. The vehicle has not been involved in any undisclosed major accidents or suffered significant damage that has not been repaired to industry standards. The Buyer acknowledges that except as expressly stated, no other warranties or guarantees are provided.</w:t>
      </w:r>
    </w:p>
    <w:p/>
    <w:p>
      <w:r>
        <w:rPr>
          <w:b/>
          <w:sz w:val="20"/>
        </w:rPr>
        <w:t>RISK OF LOSS</w:t>
      </w:r>
    </w:p>
    <w:p>
      <w:r>
        <w:rPr>
          <w:b w:val="0"/>
          <w:sz w:val="20"/>
        </w:rPr>
        <w:t>Risk of loss or damage to the vehicle shall pass from the Seller to the Buyer upon delivery of the vehicle.</w:t>
      </w:r>
    </w:p>
    <w:p/>
    <w:p>
      <w:r>
        <w:rPr>
          <w:b/>
          <w:sz w:val="20"/>
        </w:rPr>
        <w:t>DEFAULT AND REMEDIES</w:t>
      </w:r>
    </w:p>
    <w:p>
      <w:r>
        <w:rPr>
          <w:b w:val="0"/>
          <w:sz w:val="20"/>
        </w:rPr>
        <w:t>If the Buyer fails to make payment as agreed, the Seller may retain any deposits made and pursue all remedies available under law. If the Seller fails to deliver the vehicle as agreed, the Buyer may seek specific performance or damages.</w:t>
      </w:r>
    </w:p>
    <w:p/>
    <w:p>
      <w:r>
        <w:rPr>
          <w:b/>
          <w:sz w:val="20"/>
        </w:rPr>
        <w:t>GOVERNING LAW AND DISPUTE RESOLUTION</w:t>
      </w:r>
    </w:p>
    <w:p>
      <w:r>
        <w:rPr>
          <w:b w:val="0"/>
          <w:sz w:val="20"/>
        </w:rPr>
        <w:t>This Agreement shall be governed by and construed in accordance with the laws of the State of New Zealand. Any disputes arising out of or related to this Agreement shall be resolved through negotiation in good faith between the parties. If unresolved, disputes shall be submitted to mediation or binding arbitration under the rules of the New Zealand Arbitration Act.</w:t>
      </w:r>
    </w:p>
    <w:p/>
    <w:p>
      <w:r>
        <w:rPr>
          <w:b/>
          <w:sz w:val="20"/>
        </w:rPr>
        <w:t>ENTIRE AGREEMENT</w:t>
      </w:r>
    </w:p>
    <w:p>
      <w:r>
        <w:rPr>
          <w:b w:val="0"/>
          <w:sz w:val="20"/>
        </w:rPr>
        <w:t>This Agreement constitutes the entire agreement between the parties and supersedes all prior understandings and agreements. Any amendments or modifications must be in writing and signed by both parties.</w:t>
      </w:r>
    </w:p>
    <w:p/>
    <w:p>
      <w:r>
        <w:rPr>
          <w:b/>
          <w:sz w:val="20"/>
        </w:rPr>
        <w:t>SEVERABILITY</w:t>
      </w:r>
    </w:p>
    <w:p>
      <w:r>
        <w:rPr>
          <w:b w:val="0"/>
          <w:sz w:val="20"/>
        </w:rPr>
        <w:t>If any provision of this Agreement is held invalid or unenforceable, the remaining provisions shall continue in full force and effect.</w:t>
      </w:r>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https://docs-business.com/vehicle-sales-agreement-template-nz/</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vehicle-sales-agreement-template-nz/"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