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SOLE PROPRIETOR OPERATING AGREEMENT</w:t>
      </w:r>
    </w:p>
    <w:p/>
    <w:p>
      <w:r>
        <w:rPr>
          <w:b w:val="0"/>
          <w:sz w:val="20"/>
        </w:rPr>
        <w:t>This Sole Proprietor Operating Agreement (the “Agreement”) sets forth the terms and conditions under which the Sole Proprietor operates the business described herein.</w:t>
      </w:r>
    </w:p>
    <w:p/>
    <w:p>
      <w:r>
        <w:rPr>
          <w:b/>
          <w:sz w:val="20"/>
        </w:rPr>
        <w:t>SOLE PROPRIETOR INFORMATION</w:t>
      </w:r>
    </w:p>
    <w:p>
      <w:r>
        <w:rPr>
          <w:b w:val="0"/>
          <w:sz w:val="20"/>
        </w:rPr>
        <w:t>Full Legal Name: ______________________________________________________________</w:t>
      </w:r>
    </w:p>
    <w:p>
      <w:r>
        <w:rPr>
          <w:b w:val="0"/>
          <w:sz w:val="20"/>
        </w:rPr>
        <w:t>Business Name (DBA): __________________________________________________________</w:t>
      </w:r>
    </w:p>
    <w:p>
      <w:r>
        <w:rPr>
          <w:b w:val="0"/>
          <w:sz w:val="20"/>
        </w:rPr>
        <w:t>Business Address: ______________________________________________________________</w:t>
      </w:r>
    </w:p>
    <w:p>
      <w:r>
        <w:rPr>
          <w:b w:val="0"/>
          <w:sz w:val="20"/>
        </w:rPr>
        <w:t>Phone Number: _________________________________________________________________</w:t>
      </w:r>
    </w:p>
    <w:p>
      <w:r>
        <w:rPr>
          <w:b w:val="0"/>
          <w:sz w:val="20"/>
        </w:rPr>
        <w:t>Email Address: _________________________________________________________________</w:t>
      </w:r>
    </w:p>
    <w:p/>
    <w:p>
      <w:r>
        <w:rPr>
          <w:b/>
          <w:sz w:val="20"/>
        </w:rPr>
        <w:t>BUSINESS DESCRIPTION</w:t>
      </w:r>
    </w:p>
    <w:p>
      <w:r>
        <w:rPr>
          <w:b w:val="0"/>
          <w:sz w:val="20"/>
        </w:rPr>
        <w:t>The Sole Proprietor operates the business known as ________________________________ which is engaged in the following activities:</w:t>
      </w:r>
    </w:p>
    <w:p>
      <w:r>
        <w:rPr>
          <w:b w:val="0"/>
          <w:sz w:val="20"/>
        </w:rPr>
        <w:t>________________________________________________________________________________</w:t>
      </w:r>
    </w:p>
    <w:p>
      <w:r>
        <w:rPr>
          <w:b w:val="0"/>
          <w:sz w:val="20"/>
        </w:rPr>
        <w:t>________________________________________________________________________________</w:t>
      </w:r>
    </w:p>
    <w:p/>
    <w:p>
      <w:r>
        <w:rPr>
          <w:b/>
          <w:sz w:val="20"/>
        </w:rPr>
        <w:t>TERM OF AGREEMENT</w:t>
      </w:r>
    </w:p>
    <w:p>
      <w:r>
        <w:rPr>
          <w:b w:val="0"/>
          <w:sz w:val="20"/>
        </w:rPr>
        <w:t>This Agreement shall commence upon execution by the Sole Proprietor and shall continue in effect until terminated by the Sole Proprietor.</w:t>
      </w:r>
    </w:p>
    <w:p/>
    <w:p>
      <w:r>
        <w:rPr>
          <w:b/>
          <w:sz w:val="20"/>
        </w:rPr>
        <w:t>SOLE PROPRIETOR POWERS AND DUTIES</w:t>
      </w:r>
    </w:p>
    <w:p>
      <w:r>
        <w:rPr>
          <w:b w:val="0"/>
          <w:sz w:val="20"/>
        </w:rPr>
        <w:t>The Sole Proprietor shall have full authority to manage, operate, and control the business and make all decisions regarding the business affairs, including but not limited to:</w:t>
      </w:r>
    </w:p>
    <w:p>
      <w:r>
        <w:rPr>
          <w:b w:val="0"/>
          <w:sz w:val="20"/>
        </w:rPr>
        <w:t>- Entering into contracts and agreements.</w:t>
      </w:r>
    </w:p>
    <w:p>
      <w:r>
        <w:rPr>
          <w:b w:val="0"/>
          <w:sz w:val="20"/>
        </w:rPr>
        <w:t>- Hiring and terminating employees or contractors.</w:t>
      </w:r>
    </w:p>
    <w:p>
      <w:r>
        <w:rPr>
          <w:b w:val="0"/>
          <w:sz w:val="20"/>
        </w:rPr>
        <w:t>- Managing finances, including opening and closing bank accounts, borrowing money, and making payments.</w:t>
      </w:r>
    </w:p>
    <w:p>
      <w:r>
        <w:rPr>
          <w:b w:val="0"/>
          <w:sz w:val="20"/>
        </w:rPr>
        <w:t>- Buying or selling assets of the business.</w:t>
      </w:r>
    </w:p>
    <w:p/>
    <w:p>
      <w:r>
        <w:rPr>
          <w:b/>
          <w:sz w:val="20"/>
        </w:rPr>
        <w:t>CAPITAL CONTRIBUTIONS</w:t>
      </w:r>
    </w:p>
    <w:p>
      <w:r>
        <w:rPr>
          <w:b w:val="0"/>
          <w:sz w:val="20"/>
        </w:rPr>
        <w:t>The Sole Proprietor has contributed the following capital or assets to the business:</w:t>
      </w:r>
    </w:p>
    <w:p>
      <w:r>
        <w:rPr>
          <w:b w:val="0"/>
          <w:sz w:val="20"/>
        </w:rPr>
        <w:t>________________________________________________________________________________</w:t>
      </w:r>
    </w:p>
    <w:p>
      <w:r>
        <w:rPr>
          <w:b w:val="0"/>
          <w:sz w:val="20"/>
        </w:rPr>
        <w:t>________________________________________________________________________________</w:t>
      </w:r>
    </w:p>
    <w:p/>
    <w:p>
      <w:r>
        <w:rPr>
          <w:b/>
          <w:sz w:val="20"/>
        </w:rPr>
        <w:t>PROFITS AND LOSSES</w:t>
      </w:r>
    </w:p>
    <w:p>
      <w:r>
        <w:rPr>
          <w:b w:val="0"/>
          <w:sz w:val="20"/>
        </w:rPr>
        <w:t>All profits and losses of the business shall be solely for the benefit and sole responsibility of the Sole Proprietor.</w:t>
      </w:r>
    </w:p>
    <w:p/>
    <w:p>
      <w:r>
        <w:rPr>
          <w:b/>
          <w:sz w:val="20"/>
        </w:rPr>
        <w:t>ACCOUNTING AND RECORDS</w:t>
      </w:r>
    </w:p>
    <w:p>
      <w:r>
        <w:rPr>
          <w:b w:val="0"/>
          <w:sz w:val="20"/>
        </w:rPr>
        <w:t>The Sole Proprietor shall maintain complete and accurate books and records of the business, including financial records, tax filings, and any licenses or permits required.</w:t>
      </w:r>
    </w:p>
    <w:p/>
    <w:p>
      <w:r>
        <w:rPr>
          <w:b/>
          <w:sz w:val="20"/>
        </w:rPr>
        <w:t>BANKING</w:t>
      </w:r>
    </w:p>
    <w:p>
      <w:r>
        <w:rPr>
          <w:b w:val="0"/>
          <w:sz w:val="20"/>
        </w:rPr>
        <w:t>The Sole Proprietor is authorized to open and maintain bank accounts in the name of the business and to deposit and withdraw funds as necessary for the operation of the business.</w:t>
      </w:r>
    </w:p>
    <w:p/>
    <w:p>
      <w:r>
        <w:rPr>
          <w:b/>
          <w:sz w:val="20"/>
        </w:rPr>
        <w:t>TAX TREATMENT</w:t>
      </w:r>
    </w:p>
    <w:p>
      <w:r>
        <w:rPr>
          <w:b w:val="0"/>
          <w:sz w:val="20"/>
        </w:rPr>
        <w:t>The Sole Proprietor acknowledges that the business is a sole proprietorship for federal and state tax purposes and that the Sole Proprietor is solely responsible for all taxes and filings related to the business.</w:t>
      </w:r>
    </w:p>
    <w:p/>
    <w:p>
      <w:r>
        <w:rPr>
          <w:b/>
          <w:sz w:val="20"/>
        </w:rPr>
        <w:t>LIABILITY AND INDEMNIFICATION</w:t>
      </w:r>
    </w:p>
    <w:p>
      <w:r>
        <w:rPr>
          <w:b w:val="0"/>
          <w:sz w:val="20"/>
        </w:rPr>
        <w:t>The Sole Proprietor is personally liable for all debts, obligations, and liabilities of the business. The Sole Proprietor agrees to indemnify and hold harmless the business from any liabilities incurred.</w:t>
      </w:r>
    </w:p>
    <w:p/>
    <w:p>
      <w:r>
        <w:rPr>
          <w:b/>
          <w:sz w:val="20"/>
        </w:rPr>
        <w:t>INSURANCE</w:t>
      </w:r>
    </w:p>
    <w:p>
      <w:r>
        <w:rPr>
          <w:b w:val="0"/>
          <w:sz w:val="20"/>
        </w:rPr>
        <w:t>The Sole Proprietor shall maintain any insurance coverage deemed necessary for the protection of the business and its operations.</w:t>
      </w:r>
    </w:p>
    <w:p/>
    <w:p>
      <w:r>
        <w:rPr>
          <w:b/>
          <w:sz w:val="20"/>
        </w:rPr>
        <w:t>TERMINATION</w:t>
      </w:r>
    </w:p>
    <w:p>
      <w:r>
        <w:rPr>
          <w:b w:val="0"/>
          <w:sz w:val="20"/>
        </w:rPr>
        <w:t>This Agreement may be terminated at any time by the Sole Proprietor. Upon termination, the Sole Proprietor shall wind up the business affairs and settle all debts and obligations.</w:t>
      </w:r>
    </w:p>
    <w:p/>
    <w:p>
      <w:r>
        <w:rPr>
          <w:b/>
          <w:sz w:val="20"/>
        </w:rPr>
        <w:t>GOVERNING LAW</w:t>
      </w:r>
    </w:p>
    <w:p>
      <w:r>
        <w:rPr>
          <w:b w:val="0"/>
          <w:sz w:val="20"/>
        </w:rPr>
        <w:t>This Agreement shall be governed by and construed in accordance with the laws of the state in which the business operates, without regard to conflict of law principles.</w:t>
      </w:r>
    </w:p>
    <w:p/>
    <w:p>
      <w:r>
        <w:rPr>
          <w:b/>
          <w:sz w:val="20"/>
        </w:rPr>
        <w:t>ENTIRE AGREEMENT</w:t>
      </w:r>
    </w:p>
    <w:p>
      <w:r>
        <w:rPr>
          <w:b w:val="0"/>
          <w:sz w:val="20"/>
        </w:rPr>
        <w:t>This Agreement constitutes the entire understanding between the Sole Proprietor and supersedes all prior agreements or understandings relating to the subject matter hereof.</w:t>
      </w:r>
    </w:p>
    <w:p/>
    <w:p>
      <w:r>
        <w:rPr>
          <w:b/>
          <w:sz w:val="20"/>
        </w:rPr>
        <w:t>AMENDMENTS</w:t>
      </w:r>
    </w:p>
    <w:p>
      <w:r>
        <w:rPr>
          <w:b w:val="0"/>
          <w:sz w:val="20"/>
        </w:rPr>
        <w:t>Any amendment or modification to this Agreement must be in writing and signed by the Sole Proprietor.</w:t>
      </w:r>
    </w:p>
    <w:p/>
    <w:p/>
    <w:p>
      <w:r>
        <w:rPr>
          <w:b w:val="0"/>
          <w:sz w:val="20"/>
        </w:rPr>
        <w:t>Place of Signing: _______________________________________________________________</w:t>
      </w:r>
    </w:p>
    <w:p/>
    <w:p>
      <w:r>
        <w:rPr>
          <w:b w:val="0"/>
          <w:sz w:val="20"/>
        </w:rPr>
        <w:t>Signature of Sole Proprietor: _________________________________________________</w:t>
      </w:r>
    </w:p>
    <w:p/>
    <w:p>
      <w:r>
        <w:rPr>
          <w:b w:val="0"/>
          <w:sz w:val="20"/>
        </w:rPr>
        <w:t>Printed Name of Sole Proprietor: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SOLE PROPRIETOR</w:t>
            </w:r>
          </w:p>
        </w:tc>
        <w:tc>
          <w:tcPr>
            <w:tcW w:type="dxa" w:w="4986"/>
            <w:tcBorders>
              <w:top w:val="nil"/>
              <w:left w:val="nil"/>
              <w:bottom w:val="nil"/>
              <w:right w:val="nil"/>
              <w:insideH w:val="nil"/>
              <w:insideV w:val="nil"/>
            </w:tcBorders>
          </w:tcPr>
          <w:p>
            <w:pPr>
              <w:jc w:val="center"/>
            </w:pPr>
            <w:r>
              <w:t>WITNESS</w:t>
            </w:r>
          </w:p>
        </w:tc>
      </w:tr>
      <w:tr>
        <w:tc>
          <w:tcPr>
            <w:tcW w:type="dxa" w:w="4986"/>
            <w:tcBorders>
              <w:top w:val="nil"/>
              <w:left w:val="nil"/>
              <w:bottom w:val="nil"/>
              <w:right w:val="nil"/>
              <w:insideH w:val="nil"/>
              <w:insideV w:val="nil"/>
            </w:tcBorders>
          </w:tcPr>
          <w:p>
            <w:pPr>
              <w:jc w:val="center"/>
            </w:pPr>
            <w:r>
              <w:br/>
              <w:br/>
              <w:t>Signature: ___________________________</w:t>
            </w:r>
          </w:p>
        </w:tc>
        <w:tc>
          <w:tcPr>
            <w:tcW w:type="dxa" w:w="4986"/>
            <w:tcBorders>
              <w:top w:val="nil"/>
              <w:left w:val="nil"/>
              <w:bottom w:val="nil"/>
              <w:right w:val="nil"/>
              <w:insideH w:val="nil"/>
              <w:insideV w:val="nil"/>
            </w:tcBorders>
          </w:tcPr>
          <w:p>
            <w:pPr>
              <w:jc w:val="center"/>
            </w:pPr>
            <w:r>
              <w:br/>
              <w:br/>
              <w:t>Signature: 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https://docs-business.com/sole-proprietor-operating-agreement-template/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sole-proprietor-operating-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