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MINUTES OF THE SHAREHOLDER MEETING</w:t>
      </w:r>
    </w:p>
    <w:p/>
    <w:p>
      <w:r>
        <w:rPr>
          <w:b w:val="0"/>
          <w:sz w:val="20"/>
        </w:rPr>
        <w:t>A meeting of the shareholders of the Corporation was held at the principal office or other designated location as indicated below.</w:t>
      </w:r>
    </w:p>
    <w:p/>
    <w:p>
      <w:r>
        <w:rPr>
          <w:b/>
          <w:sz w:val="22"/>
        </w:rPr>
        <w:t>1. Meeting Details</w:t>
      </w:r>
    </w:p>
    <w:p>
      <w:r>
        <w:rPr>
          <w:b w:val="0"/>
          <w:sz w:val="20"/>
        </w:rPr>
        <w:t>Location: ______________________________________________________________</w:t>
      </w:r>
    </w:p>
    <w:p>
      <w:r>
        <w:rPr>
          <w:b w:val="0"/>
          <w:sz w:val="20"/>
        </w:rPr>
        <w:t>Time: _________________________________________________________________</w:t>
      </w:r>
    </w:p>
    <w:p>
      <w:r>
        <w:rPr>
          <w:b w:val="0"/>
          <w:sz w:val="20"/>
        </w:rPr>
        <w:t>Presiding Officer: ______________________________________________________</w:t>
      </w:r>
    </w:p>
    <w:p>
      <w:r>
        <w:rPr>
          <w:b w:val="0"/>
          <w:sz w:val="20"/>
        </w:rPr>
        <w:t>Secretary: ______________________________________________________________</w:t>
      </w:r>
    </w:p>
    <w:p/>
    <w:p>
      <w:r>
        <w:rPr>
          <w:b/>
          <w:sz w:val="22"/>
        </w:rPr>
        <w:t>2. Attendance</w:t>
      </w:r>
    </w:p>
    <w:p>
      <w:r>
        <w:rPr>
          <w:b w:val="0"/>
          <w:sz w:val="20"/>
        </w:rPr>
        <w:t>The following shareholders were present either in person or by proxy, representing the following shares:</w:t>
      </w:r>
    </w:p>
    <w:p>
      <w:r>
        <w:rPr>
          <w:b w:val="0"/>
          <w:sz w:val="20"/>
        </w:rPr>
        <w:t>Name: ____________________________________  Shares: ___________________</w:t>
      </w:r>
    </w:p>
    <w:p>
      <w:r>
        <w:rPr>
          <w:b w:val="0"/>
          <w:sz w:val="20"/>
        </w:rPr>
        <w:t>Name: ____________________________________  Shares: ___________________</w:t>
      </w:r>
    </w:p>
    <w:p>
      <w:r>
        <w:rPr>
          <w:b w:val="0"/>
          <w:sz w:val="20"/>
        </w:rPr>
        <w:t>Name: ____________________________________  Shares: ___________________</w:t>
      </w:r>
    </w:p>
    <w:p>
      <w:r>
        <w:rPr>
          <w:b w:val="0"/>
          <w:sz w:val="20"/>
        </w:rPr>
        <w:t>Name: ____________________________________  Shares: ___________________</w:t>
      </w:r>
    </w:p>
    <w:p>
      <w:r>
        <w:rPr>
          <w:b w:val="0"/>
          <w:sz w:val="20"/>
        </w:rPr>
        <w:t>Total Shares Represented: _______________  (Must constitute a quorum)</w:t>
      </w:r>
    </w:p>
    <w:p/>
    <w:p>
      <w:r>
        <w:rPr>
          <w:b/>
          <w:sz w:val="22"/>
        </w:rPr>
        <w:t>3. Quorum</w:t>
      </w:r>
    </w:p>
    <w:p>
      <w:r>
        <w:rPr>
          <w:b w:val="0"/>
          <w:sz w:val="20"/>
        </w:rPr>
        <w:t>It was determined that a quorum was present and the meeting was duly convened and ready to proceed.</w:t>
      </w:r>
    </w:p>
    <w:p/>
    <w:p>
      <w:r>
        <w:rPr>
          <w:b/>
          <w:sz w:val="22"/>
        </w:rPr>
        <w:t>4. Approval of Previous Meeting Minutes</w:t>
      </w:r>
    </w:p>
    <w:p>
      <w:r>
        <w:rPr>
          <w:b w:val="0"/>
          <w:sz w:val="20"/>
        </w:rPr>
        <w:t>The minutes of the previous shareholder meeting were presented and approved by the shareholders.</w:t>
      </w:r>
    </w:p>
    <w:p/>
    <w:p>
      <w:r>
        <w:rPr>
          <w:b/>
          <w:sz w:val="22"/>
        </w:rPr>
        <w:t>5. Reports</w:t>
      </w:r>
    </w:p>
    <w:p>
      <w:r>
        <w:rPr>
          <w:b w:val="0"/>
          <w:sz w:val="20"/>
        </w:rPr>
        <w:t>The following reports were presented and reviewed:</w:t>
      </w:r>
    </w:p>
    <w:p>
      <w:r>
        <w:rPr>
          <w:b w:val="0"/>
          <w:sz w:val="20"/>
        </w:rPr>
        <w:t>- Financial Report: ____________________________________________________</w:t>
      </w:r>
    </w:p>
    <w:p>
      <w:r>
        <w:rPr>
          <w:b w:val="0"/>
          <w:sz w:val="20"/>
        </w:rPr>
        <w:t>- Management Report: _________________________________________________</w:t>
      </w:r>
    </w:p>
    <w:p>
      <w:r>
        <w:rPr>
          <w:b w:val="0"/>
          <w:sz w:val="20"/>
        </w:rPr>
        <w:t>- Audit Report: ______________________________________________________</w:t>
      </w:r>
    </w:p>
    <w:p/>
    <w:p>
      <w:r>
        <w:rPr>
          <w:b/>
          <w:sz w:val="22"/>
        </w:rPr>
        <w:t>6. Resolutions</w:t>
      </w:r>
    </w:p>
    <w:p>
      <w:r>
        <w:rPr>
          <w:b w:val="0"/>
          <w:sz w:val="20"/>
        </w:rPr>
        <w:t>The following resolutions were proposed, discussed, and voted upon:</w:t>
      </w:r>
    </w:p>
    <w:p>
      <w:r>
        <w:rPr>
          <w:b w:val="0"/>
          <w:sz w:val="20"/>
        </w:rPr>
        <w:t>Resolution 1: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Decision: ______________________________________________________________</w:t>
      </w:r>
    </w:p>
    <w:p/>
    <w:p>
      <w:r>
        <w:rPr>
          <w:b w:val="0"/>
          <w:sz w:val="20"/>
        </w:rPr>
        <w:t>Resolution 2: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Decision: ______________________________________________________________</w:t>
      </w:r>
    </w:p>
    <w:p/>
    <w:p>
      <w:r>
        <w:rPr>
          <w:b w:val="0"/>
          <w:sz w:val="20"/>
        </w:rPr>
        <w:t>Resolution 3: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Decision: ______________________________________________________________</w:t>
      </w:r>
    </w:p>
    <w:p/>
    <w:p>
      <w:r>
        <w:rPr>
          <w:b/>
          <w:sz w:val="22"/>
        </w:rPr>
        <w:t>7. Election of Directors</w:t>
      </w:r>
    </w:p>
    <w:p>
      <w:r>
        <w:rPr>
          <w:b w:val="0"/>
          <w:sz w:val="20"/>
        </w:rPr>
        <w:t>The following individuals were nominated and elected to the Board of Directors:</w:t>
      </w:r>
    </w:p>
    <w:p>
      <w:r>
        <w:rPr>
          <w:b w:val="0"/>
          <w:sz w:val="20"/>
        </w:rPr>
        <w:t>Name: ____________________________________  Term: ____________________</w:t>
      </w:r>
    </w:p>
    <w:p>
      <w:r>
        <w:rPr>
          <w:b w:val="0"/>
          <w:sz w:val="20"/>
        </w:rPr>
        <w:t>Name: ____________________________________  Term: ____________________</w:t>
      </w:r>
    </w:p>
    <w:p>
      <w:r>
        <w:rPr>
          <w:b w:val="0"/>
          <w:sz w:val="20"/>
        </w:rPr>
        <w:t>Name: ____________________________________  Term: ____________________</w:t>
      </w:r>
    </w:p>
    <w:p/>
    <w:p>
      <w:r>
        <w:rPr>
          <w:b/>
          <w:sz w:val="22"/>
        </w:rPr>
        <w:t>8. Other Business</w:t>
      </w:r>
    </w:p>
    <w:p>
      <w:r>
        <w:rPr>
          <w:b w:val="0"/>
          <w:sz w:val="20"/>
        </w:rPr>
        <w:t>Other matters brought before the meeting: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2"/>
        </w:rPr>
        <w:t>9. Adjournment</w:t>
      </w:r>
    </w:p>
    <w:p>
      <w:r>
        <w:rPr>
          <w:b w:val="0"/>
          <w:sz w:val="20"/>
        </w:rPr>
        <w:t>There being no further business, the meeting was adjourned.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CHAIRPERSON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SECRETARY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https://docs-business.com/shareholder-meeting-minutes-template/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shareholder-meeting-minutes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