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RETAILER AGREEMENT</w:t>
      </w:r>
    </w:p>
    <w:p/>
    <w:p>
      <w:r>
        <w:rPr>
          <w:b/>
          <w:sz w:val="20"/>
        </w:rPr>
        <w:t>This Retailer Agreement (the "Agreement") is made by and between:</w:t>
      </w:r>
    </w:p>
    <w:p>
      <w:r>
        <w:rPr>
          <w:b/>
          <w:sz w:val="20"/>
        </w:rPr>
        <w:t>Supplier: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Retailer: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Supplier manufactures and sells certain products;</w:t>
      </w:r>
    </w:p>
    <w:p>
      <w:r>
        <w:rPr>
          <w:b w:val="0"/>
          <w:sz w:val="20"/>
        </w:rPr>
        <w:t>WHEREAS, Retailer desires to purchase and resell such products under the terms set forth herein;</w:t>
      </w:r>
    </w:p>
    <w:p>
      <w:r>
        <w:rPr>
          <w:b w:val="0"/>
          <w:sz w:val="20"/>
        </w:rPr>
        <w:t>NOW, THEREFORE, in consideration of the mutual promises and covenants contained herein, the parties agree as follows:</w:t>
      </w:r>
    </w:p>
    <w:p/>
    <w:p>
      <w:r>
        <w:rPr>
          <w:b/>
          <w:sz w:val="20"/>
        </w:rPr>
        <w:t>1. Appointment</w:t>
      </w:r>
    </w:p>
    <w:p>
      <w:r>
        <w:rPr>
          <w:b w:val="0"/>
          <w:sz w:val="20"/>
        </w:rPr>
        <w:t>Supplier hereby appoints Retailer as a non-exclusive authorized retailer of the products listed in Exhibit A attached hereto (the "Products") within the United States territory. Retailer accepts such appointment subject to the terms and conditions of this Agreement.</w:t>
      </w:r>
    </w:p>
    <w:p/>
    <w:p>
      <w:r>
        <w:rPr>
          <w:b/>
          <w:sz w:val="20"/>
        </w:rPr>
        <w:t>2. Term</w:t>
      </w:r>
    </w:p>
    <w:p>
      <w:r>
        <w:rPr>
          <w:b w:val="0"/>
          <w:sz w:val="20"/>
        </w:rPr>
        <w:t>This Agreement shall commence upon execution by both parties and shall continue for an initial period of one (1) year, unless earlier terminated pursuant to Section 10. Thereafter, the Agreement shall automatically renew for successive one (1) year terms unless either party provides written notice of non-renewal at least sixty (60) days prior to the expiration of the then-current term.</w:t>
      </w:r>
    </w:p>
    <w:p/>
    <w:p>
      <w:r>
        <w:rPr>
          <w:b/>
          <w:sz w:val="20"/>
        </w:rPr>
        <w:t>3. Orders and Supply</w:t>
      </w:r>
    </w:p>
    <w:p>
      <w:r>
        <w:rPr>
          <w:b w:val="0"/>
          <w:sz w:val="20"/>
        </w:rPr>
        <w:t>3.1 Retailer shall submit purchase orders to Supplier specifying the Products and quantities desired. Supplier shall use commercially reasonable efforts to fulfill orders promptly subject to availability.</w:t>
      </w:r>
    </w:p>
    <w:p>
      <w:r>
        <w:rPr>
          <w:b w:val="0"/>
          <w:sz w:val="20"/>
        </w:rPr>
        <w:t>3.2 Supplier reserves the right to modify product offerings, prices, and availability upon thirty (30) days prior written notice to Retailer.</w:t>
      </w:r>
    </w:p>
    <w:p/>
    <w:p>
      <w:r>
        <w:rPr>
          <w:b/>
          <w:sz w:val="20"/>
        </w:rPr>
        <w:t>4. Pricing and Payment</w:t>
      </w:r>
    </w:p>
    <w:p>
      <w:r>
        <w:rPr>
          <w:b w:val="0"/>
          <w:sz w:val="20"/>
        </w:rPr>
        <w:t>4.1 Retailer shall purchase Products at the prices set forth in Exhibit B. Prices are exclusive of taxes, duties, shipping, and insurance costs, which shall be borne by Retailer unless otherwise agreed.</w:t>
      </w:r>
    </w:p>
    <w:p>
      <w:r>
        <w:rPr>
          <w:b w:val="0"/>
          <w:sz w:val="20"/>
        </w:rPr>
        <w:t>4.2 Payment terms are net thirty (30) days from the date of invoice. Late payments shall incur interest at the lesser of one and one-half percent (1.5%) per month or the maximum rate permitted by law.</w:t>
      </w:r>
    </w:p>
    <w:p/>
    <w:p>
      <w:r>
        <w:rPr>
          <w:b/>
          <w:sz w:val="20"/>
        </w:rPr>
        <w:t>5. Retailer Obligations</w:t>
      </w:r>
    </w:p>
    <w:p>
      <w:r>
        <w:rPr>
          <w:b w:val="0"/>
          <w:sz w:val="20"/>
        </w:rPr>
        <w:t>5.1 Retailer agrees to actively promote, market, and sell the Products in the designated territory in a professional and lawful manner.</w:t>
      </w:r>
    </w:p>
    <w:p>
      <w:r>
        <w:rPr>
          <w:b w:val="0"/>
          <w:sz w:val="20"/>
        </w:rPr>
        <w:t>5.2 Retailer shall maintain adequate inventory, sales records, and provide periodic reports as reasonably requested by Supplier.</w:t>
      </w:r>
    </w:p>
    <w:p>
      <w:r>
        <w:rPr>
          <w:b w:val="0"/>
          <w:sz w:val="20"/>
        </w:rPr>
        <w:t>5.3 Retailer shall comply with all applicable federal, state, and local laws, regulations, and guidelines pertaining to the sale of the Products.</w:t>
      </w:r>
    </w:p>
    <w:p/>
    <w:p>
      <w:r>
        <w:rPr>
          <w:b/>
          <w:sz w:val="20"/>
        </w:rPr>
        <w:t>6. Intellectual Property</w:t>
      </w:r>
    </w:p>
    <w:p>
      <w:r>
        <w:rPr>
          <w:b w:val="0"/>
          <w:sz w:val="20"/>
        </w:rPr>
        <w:t>6.1 Supplier grants Retailer a limited, non-transferable license to use Supplier’s trademarks, trade names, and logos solely in connection with the promotion and sale of the Products under this Agreement.</w:t>
      </w:r>
    </w:p>
    <w:p>
      <w:r>
        <w:rPr>
          <w:b w:val="0"/>
          <w:sz w:val="20"/>
        </w:rPr>
        <w:t>6.2 Retailer shall not alter, misuse, or challenge the validity of Supplier’s intellectual property rights.</w:t>
      </w:r>
    </w:p>
    <w:p/>
    <w:p>
      <w:r>
        <w:rPr>
          <w:b/>
          <w:sz w:val="20"/>
        </w:rPr>
        <w:t>7. Confidentiality</w:t>
      </w:r>
    </w:p>
    <w:p>
      <w:r>
        <w:rPr>
          <w:b w:val="0"/>
          <w:sz w:val="20"/>
        </w:rPr>
        <w:t>7.1 Each party agrees to maintain the confidentiality of proprietary and confidential information disclosed by the other party during the term of this Agreement.</w:t>
      </w:r>
    </w:p>
    <w:p>
      <w:r>
        <w:rPr>
          <w:b w:val="0"/>
          <w:sz w:val="20"/>
        </w:rPr>
        <w:t>7.2 Confidential information shall not include information that is publicly known, independently developed, or rightfully received from a third party without restriction.</w:t>
      </w:r>
    </w:p>
    <w:p/>
    <w:p>
      <w:r>
        <w:rPr>
          <w:b/>
          <w:sz w:val="20"/>
        </w:rPr>
        <w:t>8. Warranties and Disclaimers</w:t>
      </w:r>
    </w:p>
    <w:p>
      <w:r>
        <w:rPr>
          <w:b w:val="0"/>
          <w:sz w:val="20"/>
        </w:rPr>
        <w:t>8.1 Supplier warrants that the Products shall conform to Supplier’s specifications and be free from material defects at the time of shipment.</w:t>
      </w:r>
    </w:p>
    <w:p>
      <w:r>
        <w:rPr>
          <w:b w:val="0"/>
          <w:sz w:val="20"/>
        </w:rPr>
        <w:t>8.2 EXCEPT AS EXPRESSLY SET FORTH HEREIN, SUPPLIER MAKES NO OTHER WARRANTIES, EXPRESS OR IMPLIED, INCLUDING ANY IMPLIED WARRANTIES OF MERCHANTABILITY OR FITNESS FOR A PARTICULAR PURPOSE.</w:t>
      </w:r>
    </w:p>
    <w:p/>
    <w:p>
      <w:r>
        <w:rPr>
          <w:b/>
          <w:sz w:val="20"/>
        </w:rPr>
        <w:t>9. Limitation of Liability</w:t>
      </w:r>
    </w:p>
    <w:p>
      <w:r>
        <w:rPr>
          <w:b w:val="0"/>
          <w:sz w:val="20"/>
        </w:rPr>
        <w:t>IN NO EVENT SHALL EITHER PARTY BE LIABLE FOR ANY INDIRECT, INCIDENTAL, CONSEQUENTIAL, SPECIAL, OR PUNITIVE DAMAGES ARISING OUT OF OR RELATING TO THIS AGREEMENT, EVEN IF ADVISED OF THE POSSIBILITY OF SUCH DAMAGES. SUPPLIER’S TOTAL LIABILITY SHALL NOT EXCEED THE AMOUNT PAID BY RETAILER TO SUPPLIER UNDER THIS AGREEMENT IN THE SIX (6) MONTHS PRIOR TO THE CLAIM.</w:t>
      </w:r>
    </w:p>
    <w:p/>
    <w:p>
      <w:r>
        <w:rPr>
          <w:b/>
          <w:sz w:val="20"/>
        </w:rPr>
        <w:t>10. Termination</w:t>
      </w:r>
    </w:p>
    <w:p>
      <w:r>
        <w:rPr>
          <w:b w:val="0"/>
          <w:sz w:val="20"/>
        </w:rPr>
        <w:t>10.1 Either party may terminate this Agreement upon thirty (30) days written notice if the other party breaches any material term and fails to cure within such period.</w:t>
      </w:r>
    </w:p>
    <w:p>
      <w:r>
        <w:rPr>
          <w:b w:val="0"/>
          <w:sz w:val="20"/>
        </w:rPr>
        <w:t>10.2 Supplier may terminate immediately upon written notice if Retailer becomes insolvent, files for bankruptcy, or engages in unlawful conduct materially affecting Supplier’s interests.</w:t>
      </w:r>
    </w:p>
    <w:p>
      <w:r>
        <w:rPr>
          <w:b w:val="0"/>
          <w:sz w:val="20"/>
        </w:rPr>
        <w:t>10.3 Upon termination, Retailer shall cease all use of Supplier’s intellectual property and return or destroy all confidential information.</w:t>
      </w:r>
    </w:p>
    <w:p/>
    <w:p>
      <w:r>
        <w:rPr>
          <w:b/>
          <w:sz w:val="20"/>
        </w:rPr>
        <w:t>11. Indemnification</w:t>
      </w:r>
    </w:p>
    <w:p>
      <w:r>
        <w:rPr>
          <w:b w:val="0"/>
          <w:sz w:val="20"/>
        </w:rPr>
        <w:t>Retailer shall indemnify, defend, and hold harmless Supplier and its affiliates from and against any claims, damages, liabilities, costs, or expenses arising out of Retailer’s breach of this Agreement, negligence, or willful misconduct in connection with the sale or use of the Products.</w:t>
      </w:r>
    </w:p>
    <w:p/>
    <w:p>
      <w:r>
        <w:rPr>
          <w:b/>
          <w:sz w:val="20"/>
        </w:rPr>
        <w:t>12. Governing Law and Dispute Resolution</w:t>
      </w:r>
    </w:p>
    <w:p>
      <w:r>
        <w:rPr>
          <w:b w:val="0"/>
          <w:sz w:val="20"/>
        </w:rPr>
        <w:t>This Agreement shall be governed by and construed in accordance with the laws of the State of [Insert State], without regard to conflict of law principles. Any dispute arising under or in connection with this Agreement shall be resolved by binding arbitration administered by the American Arbitration Association under its Commercial Arbitration Rules. The arbitration shall take place in [Insert City, State].</w:t>
      </w:r>
    </w:p>
    <w:p/>
    <w:p>
      <w:r>
        <w:rPr>
          <w:b/>
          <w:sz w:val="20"/>
        </w:rPr>
        <w:t>13. Miscellaneous</w:t>
      </w:r>
    </w:p>
    <w:p>
      <w:r>
        <w:rPr>
          <w:b w:val="0"/>
          <w:sz w:val="20"/>
        </w:rPr>
        <w:t>13.1 Entire Agreement: This Agreement, including all Exhibits, constitutes the entire agreement between the parties and supersedes all prior negotiations and understandings.</w:t>
      </w:r>
    </w:p>
    <w:p>
      <w:r>
        <w:rPr>
          <w:b w:val="0"/>
          <w:sz w:val="20"/>
        </w:rPr>
        <w:t>13.2 Amendments: Any modification or amendment must be in writing and signed by authorized representatives of both parties.</w:t>
      </w:r>
    </w:p>
    <w:p>
      <w:r>
        <w:rPr>
          <w:b w:val="0"/>
          <w:sz w:val="20"/>
        </w:rPr>
        <w:t>13.3 Assignment: Neither party may assign this Agreement without the prior written consent of the other, except to a successor entity in connection with a merger or sale of substantially all assets.</w:t>
      </w:r>
    </w:p>
    <w:p>
      <w:r>
        <w:rPr>
          <w:b w:val="0"/>
          <w:sz w:val="20"/>
        </w:rPr>
        <w:t>13.4 Notices: All notices shall be in writing and delivered personally, by certified mail, or by recognized overnight courier to the addresses set forth above or such other address as either party may specify in writing.</w:t>
      </w:r>
    </w:p>
    <w:p>
      <w:r>
        <w:rPr>
          <w:b w:val="0"/>
          <w:sz w:val="20"/>
        </w:rPr>
        <w:t>13.5 Severability: If any provision of this Agreement is held invalid or unenforceable, the remaining provisions shall remain in full force and effect.</w:t>
      </w:r>
    </w:p>
    <w:p>
      <w:r>
        <w:rPr>
          <w:b w:val="0"/>
          <w:sz w:val="20"/>
        </w:rPr>
        <w:t>13.6 Waiver: Failure to enforce any provision shall not constitute a waiver of future enforcement of that or any other provision.</w:t>
      </w:r>
    </w:p>
    <w:p/>
    <w:p/>
    <w:p>
      <w:r>
        <w:rPr>
          <w:b w:val="0"/>
          <w:sz w:val="20"/>
        </w:rPr>
        <w:t>IN WITNESS WHEREOF, the parties hereto have executed this Retailer Agreement as of the date signed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SUPPLIER</w:t>
            </w:r>
          </w:p>
        </w:tc>
        <w:tc>
          <w:tcPr>
            <w:tcW w:type="dxa" w:w="4986"/>
            <w:tcBorders>
              <w:top w:val="nil"/>
              <w:left w:val="nil"/>
              <w:bottom w:val="nil"/>
              <w:right w:val="nil"/>
              <w:insideH w:val="nil"/>
              <w:insideV w:val="nil"/>
            </w:tcBorders>
          </w:tcPr>
          <w:p>
            <w:pPr>
              <w:jc w:val="center"/>
            </w:pPr>
            <w:r>
              <w:t>RETAILER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https://docs-business.com/retailer-agreement-template/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retailer-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