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RESTAURANT PROPOSAL AGREEMENT</w:t>
      </w:r>
    </w:p>
    <w:p/>
    <w:p>
      <w:r>
        <w:rPr>
          <w:b w:val="0"/>
          <w:sz w:val="20"/>
        </w:rPr>
        <w:t>This Restaurant Proposal Agreement (the “Agreement”) is entered into by and between the undersigned parties for the purpose of establishing the terms and conditions under which the proposed restaurant operation shall be developed, managed, and operated. The parties agree as follows:</w:t>
      </w:r>
    </w:p>
    <w:p/>
    <w:p/>
    <w:p>
      <w:r>
        <w:rPr>
          <w:b/>
          <w:sz w:val="20"/>
        </w:rPr>
        <w:t>PARTIES</w:t>
      </w:r>
    </w:p>
    <w:p>
      <w:r>
        <w:rPr>
          <w:b/>
          <w:sz w:val="20"/>
        </w:rPr>
        <w:t>1. Proposer / Owner Information:</w:t>
      </w:r>
    </w:p>
    <w:p>
      <w:r>
        <w:rPr>
          <w:b w:val="0"/>
          <w:sz w:val="20"/>
        </w:rPr>
        <w:t>Full Legal Name: ____________________________________________________________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2. Recipient / Investor Information:</w:t>
      </w:r>
    </w:p>
    <w:p>
      <w:r>
        <w:rPr>
          <w:b w:val="0"/>
          <w:sz w:val="20"/>
        </w:rPr>
        <w:t>Full Legal Name: ____________________________________________________________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EXECUTIVE SUMMARY</w:t>
      </w:r>
    </w:p>
    <w:p>
      <w:r>
        <w:rPr>
          <w:b w:val="0"/>
          <w:sz w:val="20"/>
        </w:rPr>
        <w:t>This proposal outlines the concept, objectives, financial forecasts, and operational plans for the establishment of a new restaurant. The intent is to secure investment and/or partnership to successfully launch and sustain the business in compliance with applicable United States laws and regulations.</w:t>
      </w:r>
    </w:p>
    <w:p/>
    <w:p/>
    <w:p>
      <w:r>
        <w:rPr>
          <w:b/>
          <w:sz w:val="20"/>
        </w:rPr>
        <w:t>BUSINESS CONCEPT</w:t>
      </w:r>
    </w:p>
    <w:p>
      <w:r>
        <w:rPr>
          <w:b w:val="0"/>
          <w:sz w:val="20"/>
        </w:rPr>
        <w:t>The proposed restaurant will operate under the name: _________________________________________________</w:t>
      </w:r>
    </w:p>
    <w:p>
      <w:r>
        <w:rPr>
          <w:b w:val="0"/>
          <w:sz w:val="20"/>
        </w:rPr>
        <w:t>Type of Cuisine: ______________________________________________________________</w:t>
      </w:r>
    </w:p>
    <w:p>
      <w:r>
        <w:rPr>
          <w:b w:val="0"/>
          <w:sz w:val="20"/>
        </w:rPr>
        <w:t>Location: ____________________________________________________________________</w:t>
      </w:r>
    </w:p>
    <w:p>
      <w:r>
        <w:rPr>
          <w:b w:val="0"/>
          <w:sz w:val="20"/>
        </w:rPr>
        <w:t>Target Market: _______________________________________________________________</w:t>
      </w:r>
    </w:p>
    <w:p>
      <w:r>
        <w:rPr>
          <w:b w:val="0"/>
          <w:sz w:val="20"/>
        </w:rPr>
        <w:t>Unique Selling Proposition: ____________________________________________________</w:t>
      </w:r>
    </w:p>
    <w:p/>
    <w:p/>
    <w:p>
      <w:r>
        <w:rPr>
          <w:b/>
          <w:sz w:val="20"/>
        </w:rPr>
        <w:t>MARKET ANALYSIS</w:t>
      </w:r>
    </w:p>
    <w:p>
      <w:r>
        <w:rPr>
          <w:b w:val="0"/>
          <w:sz w:val="20"/>
        </w:rPr>
        <w:t>The market analysis includes detailed research on local competitors, customer demographics, and market needs that justify the restaurant’s potential success. The proposer affirms that all market data provided herein is accurate and based on reliable sources.</w:t>
      </w:r>
    </w:p>
    <w:p/>
    <w:p/>
    <w:p>
      <w:r>
        <w:rPr>
          <w:b/>
          <w:sz w:val="20"/>
        </w:rPr>
        <w:t>MARKETING AND SALES STRATEGY</w:t>
      </w:r>
    </w:p>
    <w:p>
      <w:r>
        <w:rPr>
          <w:b w:val="0"/>
          <w:sz w:val="20"/>
        </w:rPr>
        <w:t>Marketing methods to be employed include but are not limited to social media advertising, local partnerships, event hosting, and loyalty programs. Sales strategies will focus on customer service excellence and quality assurance.</w:t>
      </w:r>
    </w:p>
    <w:p/>
    <w:p/>
    <w:p>
      <w:r>
        <w:rPr>
          <w:b/>
          <w:sz w:val="20"/>
        </w:rPr>
        <w:t>OPERATIONAL PLAN</w:t>
      </w:r>
    </w:p>
    <w:p>
      <w:r>
        <w:rPr>
          <w:b w:val="0"/>
          <w:sz w:val="20"/>
        </w:rPr>
        <w:t>The operational plan covers staffing, supplier agreements, kitchen operations, health and safety compliance, and customer service policies. All operations will adhere strictly to federal, state, and local laws and regulations.</w:t>
      </w:r>
    </w:p>
    <w:p/>
    <w:p/>
    <w:p>
      <w:r>
        <w:rPr>
          <w:b/>
          <w:sz w:val="20"/>
        </w:rPr>
        <w:t>MANAGEMENT AND ORGANIZATION</w:t>
      </w:r>
    </w:p>
    <w:p>
      <w:r>
        <w:rPr>
          <w:b w:val="0"/>
          <w:sz w:val="20"/>
        </w:rPr>
        <w:t>The restaurant will be managed by the following individuals/entities:</w:t>
      </w:r>
    </w:p>
    <w:p>
      <w:r>
        <w:rPr>
          <w:b w:val="0"/>
          <w:sz w:val="20"/>
        </w:rPr>
        <w:t>Name(s): _________________________________________________________________</w:t>
      </w:r>
    </w:p>
    <w:p>
      <w:r>
        <w:rPr>
          <w:b w:val="0"/>
          <w:sz w:val="20"/>
        </w:rPr>
        <w:t>Role(s): _________________________________________________________________</w:t>
      </w:r>
    </w:p>
    <w:p>
      <w:r>
        <w:rPr>
          <w:b w:val="0"/>
          <w:sz w:val="20"/>
        </w:rPr>
        <w:t>Responsibilities: __________________________________________________________</w:t>
      </w:r>
    </w:p>
    <w:p/>
    <w:p/>
    <w:p>
      <w:r>
        <w:rPr>
          <w:b/>
          <w:sz w:val="20"/>
        </w:rPr>
        <w:t>FINANCIAL PLAN</w:t>
      </w:r>
    </w:p>
    <w:p>
      <w:r>
        <w:rPr>
          <w:b w:val="0"/>
          <w:sz w:val="20"/>
        </w:rPr>
        <w:t>Financial projections, including startup costs, operating expenses, revenue forecasts, and break-even analysis, are presented to substantiate the viability of the restaurant business. The proposer warrants that all financial information is truthful and accurate to the best of their knowledge.</w:t>
      </w:r>
    </w:p>
    <w:p/>
    <w:p>
      <w:r>
        <w:rPr>
          <w:b w:val="0"/>
          <w:sz w:val="20"/>
        </w:rPr>
        <w:t>Initial Capital Investment Required: __________________________ USD</w:t>
      </w:r>
    </w:p>
    <w:p>
      <w:r>
        <w:rPr>
          <w:b w:val="0"/>
          <w:sz w:val="20"/>
        </w:rPr>
        <w:t>Expected Monthly Operating Costs: __________________________ USD</w:t>
      </w:r>
    </w:p>
    <w:p>
      <w:r>
        <w:rPr>
          <w:b w:val="0"/>
          <w:sz w:val="20"/>
        </w:rPr>
        <w:t>Projected Monthly Revenue: _________________________________ USD</w:t>
      </w:r>
    </w:p>
    <w:p>
      <w:r>
        <w:rPr>
          <w:b w:val="0"/>
          <w:sz w:val="20"/>
        </w:rPr>
        <w:t>Funding Sources and Terms: ________________________________________________</w:t>
      </w:r>
    </w:p>
    <w:p/>
    <w:p/>
    <w:p>
      <w:r>
        <w:rPr>
          <w:b/>
          <w:sz w:val="20"/>
        </w:rPr>
        <w:t>INVESTMENT TERMS</w:t>
      </w:r>
    </w:p>
    <w:p>
      <w:r>
        <w:rPr>
          <w:b w:val="0"/>
          <w:sz w:val="20"/>
        </w:rPr>
        <w:t>The investment shall be made under the following terms and conditions:</w:t>
      </w:r>
    </w:p>
    <w:p>
      <w:r>
        <w:rPr>
          <w:b w:val="0"/>
          <w:sz w:val="20"/>
        </w:rPr>
        <w:t>Amount of Investment: _______________________________________________________</w:t>
      </w:r>
    </w:p>
    <w:p>
      <w:r>
        <w:rPr>
          <w:b w:val="0"/>
          <w:sz w:val="20"/>
        </w:rPr>
        <w:t>Equity Stake or Return on Investment: _________________________________________</w:t>
      </w:r>
    </w:p>
    <w:p>
      <w:r>
        <w:rPr>
          <w:b w:val="0"/>
          <w:sz w:val="20"/>
        </w:rPr>
        <w:t>Payment Schedule: ___________________________________________________________</w:t>
      </w:r>
    </w:p>
    <w:p>
      <w:r>
        <w:rPr>
          <w:b w:val="0"/>
          <w:sz w:val="20"/>
        </w:rPr>
        <w:t>Investor Rights and Obligations: _____________________________________________</w:t>
      </w:r>
    </w:p>
    <w:p/>
    <w:p/>
    <w:p>
      <w:r>
        <w:rPr>
          <w:b/>
          <w:sz w:val="20"/>
        </w:rPr>
        <w:t>LEGAL COMPLIANCE AND LICENSING</w:t>
      </w:r>
    </w:p>
    <w:p>
      <w:r>
        <w:rPr>
          <w:b w:val="0"/>
          <w:sz w:val="20"/>
        </w:rPr>
        <w:t>The proposer affirms that the restaurant will obtain and maintain all necessary permits, licenses, and certifications required by federal, state, and local authorities prior to commencing operations. This includes but is not limited to health permits, food service licenses, liquor licenses (if applicable), and business registrations.</w:t>
      </w:r>
    </w:p>
    <w:p/>
    <w:p/>
    <w:p>
      <w:r>
        <w:rPr>
          <w:b/>
          <w:sz w:val="20"/>
        </w:rPr>
        <w:t>CONFIDENTIALITY</w:t>
      </w:r>
    </w:p>
    <w:p>
      <w:r>
        <w:rPr>
          <w:b w:val="0"/>
          <w:sz w:val="20"/>
        </w:rPr>
        <w:t>All proprietary information disclosed between the parties in connection with this proposal shall be held confidential and shall not be disclosed to third parties without prior written consent, except as required by law.</w:t>
      </w:r>
    </w:p>
    <w:p/>
    <w:p/>
    <w:p>
      <w:r>
        <w:rPr>
          <w:b/>
          <w:sz w:val="20"/>
        </w:rPr>
        <w:t>TERM AND TERMINATION</w:t>
      </w:r>
    </w:p>
    <w:p>
      <w:r>
        <w:rPr>
          <w:b w:val="0"/>
          <w:sz w:val="20"/>
        </w:rPr>
        <w:t>This Agreement shall remain in effect until superseded by a definitive agreement or terminated by either party with thirty (30) days written notice. Termination shall not affect rights or obligations accrued prior to termination.</w:t>
      </w:r>
    </w:p>
    <w:p/>
    <w:p/>
    <w:p>
      <w:r>
        <w:rPr>
          <w:b/>
          <w:sz w:val="20"/>
        </w:rPr>
        <w:t>INDEMNIFICATION</w:t>
      </w:r>
    </w:p>
    <w:p>
      <w:r>
        <w:rPr>
          <w:b w:val="0"/>
          <w:sz w:val="20"/>
        </w:rPr>
        <w:t>Each party agrees to indemnify, defend, and hold harmless the other party from and against any and all claims, liabilities, damages, losses, or expenses arising out of or in connection with breaches of this Agreement or any unlawful acts or omissions.</w:t>
      </w:r>
    </w:p>
    <w:p/>
    <w:p/>
    <w:p>
      <w:r>
        <w:rPr>
          <w:b/>
          <w:sz w:val="20"/>
        </w:rPr>
        <w:t>GOVERNING LAW AND JURISDICTION</w:t>
      </w:r>
    </w:p>
    <w:p>
      <w:r>
        <w:rPr>
          <w:b w:val="0"/>
          <w:sz w:val="20"/>
        </w:rPr>
        <w:t>This Agreement shall be governed by and construed in accordance with the laws of the United States of America and the applicable state laws of the jurisdiction where the restaurant is located. Any disputes arising under this Agreement shall be subject to the exclusive jurisdiction of the courts located therein.</w:t>
      </w:r>
    </w:p>
    <w:p/>
    <w:p/>
    <w:p>
      <w:r>
        <w:rPr>
          <w:b/>
          <w:sz w:val="20"/>
        </w:rPr>
        <w:t>ENTIRE AGREEMENT</w:t>
      </w:r>
    </w:p>
    <w:p>
      <w:r>
        <w:rPr>
          <w:b w:val="0"/>
          <w:sz w:val="20"/>
        </w:rPr>
        <w:t>This document constitutes the entire agreement between the parties with respect to the subject matter hereof and supersedes all prior oral or written understandings, proposals, or agreements.</w:t>
      </w:r>
    </w:p>
    <w:p/>
    <w:p/>
    <w:p>
      <w:r>
        <w:rPr>
          <w:b/>
          <w:sz w:val="20"/>
        </w:rPr>
        <w:t>AMENDMENTS</w:t>
      </w:r>
    </w:p>
    <w:p>
      <w:r>
        <w:rPr>
          <w:b w:val="0"/>
          <w:sz w:val="20"/>
        </w:rPr>
        <w:t>Any amendments or modifications to this Agreement shall be made in writing and signed by authorized representatives of both parties.</w:t>
      </w:r>
    </w:p>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PROPOSER / OWNER</w:t>
            </w:r>
          </w:p>
        </w:tc>
        <w:tc>
          <w:tcPr>
            <w:tcW w:type="dxa" w:w="4986"/>
            <w:tcBorders>
              <w:top w:val="nil"/>
              <w:left w:val="nil"/>
              <w:bottom w:val="nil"/>
              <w:right w:val="nil"/>
              <w:insideH w:val="nil"/>
              <w:insideV w:val="nil"/>
            </w:tcBorders>
          </w:tcPr>
          <w:p>
            <w:pPr>
              <w:jc w:val="center"/>
            </w:pPr>
            <w:r>
              <w:t>RECIPIENT / INVESTOR</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https://docs-business.com/restaurant-proposal-template/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restaurant-proposal-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