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ONE PAGE BUSINESS PLAN TEMPLATE</w:t>
      </w:r>
    </w:p>
    <w:p/>
    <w:p/>
    <w:p>
      <w:r>
        <w:rPr>
          <w:b/>
          <w:sz w:val="22"/>
        </w:rPr>
        <w:t>Executive Summary</w:t>
      </w:r>
    </w:p>
    <w:p>
      <w:r>
        <w:rPr>
          <w:b w:val="0"/>
          <w:sz w:val="20"/>
        </w:rPr>
        <w:t>Company Name: ____________________________________________________________</w:t>
      </w:r>
    </w:p>
    <w:p>
      <w:r>
        <w:rPr>
          <w:b w:val="0"/>
          <w:sz w:val="20"/>
        </w:rPr>
        <w:t>Business Description: 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Business Objectives</w:t>
      </w:r>
    </w:p>
    <w:p>
      <w:r>
        <w:rPr>
          <w:b w:val="0"/>
          <w:sz w:val="20"/>
        </w:rPr>
        <w:t>1. ________________________________________________________________</w:t>
      </w:r>
    </w:p>
    <w:p>
      <w:r>
        <w:rPr>
          <w:b w:val="0"/>
          <w:sz w:val="20"/>
        </w:rPr>
        <w:t>2. ________________________________________________________________</w:t>
      </w:r>
    </w:p>
    <w:p>
      <w:r>
        <w:rPr>
          <w:b w:val="0"/>
          <w:sz w:val="20"/>
        </w:rPr>
        <w:t>3. ________________________________________________________________</w:t>
      </w:r>
    </w:p>
    <w:p>
      <w:r>
        <w:rPr>
          <w:b w:val="0"/>
          <w:sz w:val="20"/>
        </w:rPr>
        <w:t>Additional Objectives: ____________________________________________</w:t>
      </w:r>
    </w:p>
    <w:p>
      <w:r>
        <w:rPr>
          <w:b w:val="0"/>
          <w:sz w:val="20"/>
        </w:rPr>
        <w:t>__________________________________________________________________</w:t>
      </w:r>
    </w:p>
    <w:p/>
    <w:p>
      <w:r>
        <w:rPr>
          <w:b/>
          <w:sz w:val="22"/>
        </w:rPr>
        <w:t>Products and Services</w:t>
      </w:r>
    </w:p>
    <w:p>
      <w:r>
        <w:rPr>
          <w:b w:val="0"/>
          <w:sz w:val="20"/>
        </w:rPr>
        <w:t>Description of Products/Services: ________________________________________</w:t>
      </w:r>
    </w:p>
    <w:p>
      <w:r>
        <w:rPr>
          <w:b w:val="0"/>
          <w:sz w:val="20"/>
        </w:rPr>
        <w:t>____________________________________________________________________________</w:t>
      </w:r>
    </w:p>
    <w:p>
      <w:r>
        <w:rPr>
          <w:b w:val="0"/>
          <w:sz w:val="20"/>
        </w:rPr>
        <w:t>Unique Selling Proposition: _______________________________________________</w:t>
      </w:r>
    </w:p>
    <w:p>
      <w:r>
        <w:rPr>
          <w:b w:val="0"/>
          <w:sz w:val="20"/>
        </w:rPr>
        <w:t>____________________________________________________________________________</w:t>
      </w:r>
    </w:p>
    <w:p/>
    <w:p>
      <w:r>
        <w:rPr>
          <w:b/>
          <w:sz w:val="22"/>
        </w:rPr>
        <w:t>Market Analysis</w:t>
      </w:r>
    </w:p>
    <w:p>
      <w:r>
        <w:rPr>
          <w:b w:val="0"/>
          <w:sz w:val="20"/>
        </w:rPr>
        <w:t>Target Market: _____________________________________________________________</w:t>
      </w:r>
    </w:p>
    <w:p>
      <w:r>
        <w:rPr>
          <w:b w:val="0"/>
          <w:sz w:val="20"/>
        </w:rPr>
        <w:t>Market Needs: ______________________________________________________________</w:t>
      </w:r>
    </w:p>
    <w:p>
      <w:r>
        <w:rPr>
          <w:b w:val="0"/>
          <w:sz w:val="20"/>
        </w:rPr>
        <w:t>Competitive Landscape: ____________________________________________________</w:t>
      </w:r>
    </w:p>
    <w:p>
      <w:r>
        <w:rPr>
          <w:b w:val="0"/>
          <w:sz w:val="20"/>
        </w:rPr>
        <w:t>____________________________________________________________________________</w:t>
      </w:r>
    </w:p>
    <w:p/>
    <w:p>
      <w:r>
        <w:rPr>
          <w:b/>
          <w:sz w:val="22"/>
        </w:rPr>
        <w:t>Marketing and Sales Strategy</w:t>
      </w:r>
    </w:p>
    <w:p>
      <w:r>
        <w:rPr>
          <w:b w:val="0"/>
          <w:sz w:val="20"/>
        </w:rPr>
        <w:t>Marketing Channels: _______________________________________________________</w:t>
      </w:r>
    </w:p>
    <w:p>
      <w:r>
        <w:rPr>
          <w:b w:val="0"/>
          <w:sz w:val="20"/>
        </w:rPr>
        <w:t>Sales Strategy: ____________________________________________________________</w:t>
      </w:r>
    </w:p>
    <w:p>
      <w:r>
        <w:rPr>
          <w:b w:val="0"/>
          <w:sz w:val="20"/>
        </w:rPr>
        <w:t>Pricing Strategy: __________________________________________________________</w:t>
      </w:r>
    </w:p>
    <w:p>
      <w:r>
        <w:rPr>
          <w:b w:val="0"/>
          <w:sz w:val="20"/>
        </w:rPr>
        <w:t>____________________________________________________________________________</w:t>
      </w:r>
    </w:p>
    <w:p/>
    <w:p>
      <w:r>
        <w:rPr>
          <w:b/>
          <w:sz w:val="22"/>
        </w:rPr>
        <w:t>Operations Plan</w:t>
      </w:r>
    </w:p>
    <w:p>
      <w:r>
        <w:rPr>
          <w:b w:val="0"/>
          <w:sz w:val="20"/>
        </w:rPr>
        <w:t>Location: _________________________________________________________________</w:t>
      </w:r>
    </w:p>
    <w:p>
      <w:r>
        <w:rPr>
          <w:b w:val="0"/>
          <w:sz w:val="20"/>
        </w:rPr>
        <w:t>Facilities and Equipment: _________________________________________________</w:t>
      </w:r>
    </w:p>
    <w:p>
      <w:r>
        <w:rPr>
          <w:b w:val="0"/>
          <w:sz w:val="20"/>
        </w:rPr>
        <w:t>Staffing Plan: _____________________________________________________________</w:t>
      </w:r>
    </w:p>
    <w:p>
      <w:r>
        <w:rPr>
          <w:b w:val="0"/>
          <w:sz w:val="20"/>
        </w:rPr>
        <w:t>Operational Workflow: _____________________________________________________</w:t>
      </w:r>
    </w:p>
    <w:p>
      <w:r>
        <w:rPr>
          <w:b w:val="0"/>
          <w:sz w:val="20"/>
        </w:rPr>
        <w:t>____________________________________________________________________________</w:t>
      </w:r>
    </w:p>
    <w:p/>
    <w:p>
      <w:r>
        <w:rPr>
          <w:b/>
          <w:sz w:val="22"/>
        </w:rPr>
        <w:t>Management and Organization</w:t>
      </w:r>
    </w:p>
    <w:p>
      <w:r>
        <w:rPr>
          <w:b w:val="0"/>
          <w:sz w:val="20"/>
        </w:rPr>
        <w:t>Owner(s): ________________________________________________________________</w:t>
      </w:r>
    </w:p>
    <w:p>
      <w:r>
        <w:rPr>
          <w:b w:val="0"/>
          <w:sz w:val="20"/>
        </w:rPr>
        <w:t>Key Management Roles and Responsibilities: _______________________________</w:t>
      </w:r>
    </w:p>
    <w:p>
      <w:r>
        <w:rPr>
          <w:b w:val="0"/>
          <w:sz w:val="20"/>
        </w:rPr>
        <w:t>____________________________________________________________________________</w:t>
      </w:r>
    </w:p>
    <w:p/>
    <w:p>
      <w:r>
        <w:rPr>
          <w:b/>
          <w:sz w:val="22"/>
        </w:rPr>
        <w:t>Financial Plan</w:t>
      </w:r>
    </w:p>
    <w:p>
      <w:r>
        <w:rPr>
          <w:b w:val="0"/>
          <w:sz w:val="20"/>
        </w:rPr>
        <w:t>Startup Costs: ____________________________________________________________</w:t>
      </w:r>
    </w:p>
    <w:p>
      <w:r>
        <w:rPr>
          <w:b w:val="0"/>
          <w:sz w:val="20"/>
        </w:rPr>
        <w:t>Revenue Projections: ______________________________________________________</w:t>
      </w:r>
    </w:p>
    <w:p>
      <w:r>
        <w:rPr>
          <w:b w:val="0"/>
          <w:sz w:val="20"/>
        </w:rPr>
        <w:t>Expense Budget: ___________________________________________________________</w:t>
      </w:r>
    </w:p>
    <w:p>
      <w:r>
        <w:rPr>
          <w:b w:val="0"/>
          <w:sz w:val="20"/>
        </w:rPr>
        <w:t>Profit and Loss Forecast: _________________________________________________</w:t>
      </w:r>
    </w:p>
    <w:p>
      <w:r>
        <w:rPr>
          <w:b w:val="0"/>
          <w:sz w:val="20"/>
        </w:rPr>
        <w:t>____________________________________________________________________________</w:t>
      </w:r>
    </w:p>
    <w:p/>
    <w:p>
      <w:r>
        <w:rPr>
          <w:b/>
          <w:sz w:val="22"/>
        </w:rPr>
        <w:t>Funding Requirements</w:t>
      </w:r>
    </w:p>
    <w:p>
      <w:r>
        <w:rPr>
          <w:b w:val="0"/>
          <w:sz w:val="20"/>
        </w:rPr>
        <w:t>Amount of Funding Needed: ________________________________________________</w:t>
      </w:r>
    </w:p>
    <w:p>
      <w:r>
        <w:rPr>
          <w:b w:val="0"/>
          <w:sz w:val="20"/>
        </w:rPr>
        <w:t>Use of Funds: _____________________________________________________________</w:t>
      </w:r>
    </w:p>
    <w:p>
      <w:r>
        <w:rPr>
          <w:b w:val="0"/>
          <w:sz w:val="20"/>
        </w:rPr>
        <w:t>Funding Sources: __________________________________________________________</w:t>
      </w:r>
    </w:p>
    <w:p>
      <w:r>
        <w:rPr>
          <w:b w:val="0"/>
          <w:sz w:val="20"/>
        </w:rPr>
        <w:t>____________________________________________________________________________</w:t>
      </w:r>
    </w:p>
    <w:p/>
    <w:p/>
    <w:p>
      <w:r>
        <w:rPr>
          <w:b/>
          <w:sz w:val="20"/>
        </w:rPr>
        <w:t>LEGAL DISCLAIMER:</w:t>
      </w:r>
    </w:p>
    <w:p>
      <w:r>
        <w:rPr>
          <w:b w:val="0"/>
          <w:sz w:val="20"/>
        </w:rPr>
        <w:t>This business plan template is provided for informational purposes only and does not constitute legal advice. Users are responsible for ensuring compliance with applicable laws and regulations. It is recommended to consult with legal and financial professionals prior to undertaking any business activities.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Prepared By</w:t>
            </w:r>
          </w:p>
        </w:tc>
        <w:tc>
          <w:tcPr>
            <w:tcW w:type="dxa" w:w="4986"/>
            <w:tcBorders>
              <w:top w:val="nil"/>
              <w:left w:val="nil"/>
              <w:bottom w:val="nil"/>
              <w:right w:val="nil"/>
              <w:insideH w:val="nil"/>
              <w:insideV w:val="nil"/>
            </w:tcBorders>
          </w:tcPr>
          <w:p>
            <w:pPr>
              <w:jc w:val="center"/>
            </w:pPr>
            <w:r>
              <w:t>Reviewed By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https://docs-business.com/one-page-business-template/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one-page-business-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