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MEMBERSHIP AGREEMENT</w:t>
      </w:r>
    </w:p>
    <w:p/>
    <w:p>
      <w:r>
        <w:rPr>
          <w:b w:val="0"/>
          <w:sz w:val="20"/>
        </w:rPr>
        <w:t>This Membership Agreement ("Agreement") is entered into by and between the Organization and the Member as defined below.</w:t>
      </w:r>
    </w:p>
    <w:p/>
    <w:p>
      <w:r>
        <w:rPr>
          <w:b/>
          <w:sz w:val="20"/>
        </w:rPr>
        <w:t>Organization Information:</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Member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Membership Details:</w:t>
      </w:r>
    </w:p>
    <w:p>
      <w:r>
        <w:rPr>
          <w:b w:val="0"/>
          <w:sz w:val="20"/>
        </w:rPr>
        <w:t>Type of Membership: _________________________________________________</w:t>
      </w:r>
    </w:p>
    <w:p>
      <w:r>
        <w:rPr>
          <w:b w:val="0"/>
          <w:sz w:val="20"/>
        </w:rPr>
        <w:t>Membership ID/Number: ________________________________________________</w:t>
      </w:r>
    </w:p>
    <w:p>
      <w:r>
        <w:rPr>
          <w:b w:val="0"/>
          <w:sz w:val="20"/>
        </w:rPr>
        <w:t>Start Date: ___________________________________________________________</w:t>
      </w:r>
    </w:p>
    <w:p>
      <w:r>
        <w:rPr>
          <w:b w:val="0"/>
          <w:sz w:val="20"/>
        </w:rPr>
        <w:t>Duration: _____________________________________________________________</w:t>
      </w:r>
    </w:p>
    <w:p>
      <w:r>
        <w:rPr>
          <w:b w:val="0"/>
          <w:sz w:val="20"/>
        </w:rPr>
        <w:t>Renewal Terms: _______________________________________________________</w:t>
      </w:r>
    </w:p>
    <w:p/>
    <w:p>
      <w:r>
        <w:rPr>
          <w:b/>
          <w:sz w:val="20"/>
        </w:rPr>
        <w:t>Fees and Payment:</w:t>
      </w:r>
    </w:p>
    <w:p>
      <w:r>
        <w:rPr>
          <w:b w:val="0"/>
          <w:sz w:val="20"/>
        </w:rPr>
        <w:t>Membership Fee: $__________________ (USD)</w:t>
      </w:r>
    </w:p>
    <w:p>
      <w:r>
        <w:rPr>
          <w:b w:val="0"/>
          <w:sz w:val="20"/>
        </w:rPr>
        <w:t>Payment Due Date: _________________________________________________</w:t>
      </w:r>
    </w:p>
    <w:p>
      <w:r>
        <w:rPr>
          <w:b w:val="0"/>
          <w:sz w:val="20"/>
        </w:rPr>
        <w:t>Payment Method: _____________________________________________________</w:t>
      </w:r>
    </w:p>
    <w:p>
      <w:r>
        <w:rPr>
          <w:b w:val="0"/>
          <w:sz w:val="20"/>
        </w:rPr>
        <w:t>Late Payment Policy: _______________________________________________</w:t>
      </w:r>
    </w:p>
    <w:p/>
    <w:p>
      <w:r>
        <w:rPr>
          <w:b/>
          <w:sz w:val="20"/>
        </w:rPr>
        <w:t>Rights and Obligations of the Member:</w:t>
      </w:r>
    </w:p>
    <w:p>
      <w:r>
        <w:rPr>
          <w:b w:val="0"/>
          <w:sz w:val="20"/>
        </w:rPr>
        <w:t>1. The Member shall comply with all rules, regulations, and policies established by the Organization.</w:t>
      </w:r>
    </w:p>
    <w:p>
      <w:r>
        <w:rPr>
          <w:b w:val="0"/>
          <w:sz w:val="20"/>
        </w:rPr>
        <w:t>2. The Member is entitled to all benefits associated with the membership type.</w:t>
      </w:r>
    </w:p>
    <w:p>
      <w:r>
        <w:rPr>
          <w:b w:val="0"/>
          <w:sz w:val="20"/>
        </w:rPr>
        <w:t>3. The Member agrees to conduct themselves in a manner consistent with the Organization’s values and code of conduct.</w:t>
      </w:r>
    </w:p>
    <w:p>
      <w:r>
        <w:rPr>
          <w:b w:val="0"/>
          <w:sz w:val="20"/>
        </w:rPr>
        <w:t>4. The Member shall promptly notify the Organization of any changes in contact information or membership status.</w:t>
      </w:r>
    </w:p>
    <w:p/>
    <w:p>
      <w:r>
        <w:rPr>
          <w:b/>
          <w:sz w:val="20"/>
        </w:rPr>
        <w:t>Rights and Obligations of the Organization:</w:t>
      </w:r>
    </w:p>
    <w:p>
      <w:r>
        <w:rPr>
          <w:b w:val="0"/>
          <w:sz w:val="20"/>
        </w:rPr>
        <w:t>1. The Organization shall provide the Member with the benefits and services as outlined in this Agreement.</w:t>
      </w:r>
    </w:p>
    <w:p>
      <w:r>
        <w:rPr>
          <w:b w:val="0"/>
          <w:sz w:val="20"/>
        </w:rPr>
        <w:t>2. The Organization reserves the right to amend membership terms and notify the Member of such changes.</w:t>
      </w:r>
    </w:p>
    <w:p>
      <w:r>
        <w:rPr>
          <w:b w:val="0"/>
          <w:sz w:val="20"/>
        </w:rPr>
        <w:t>3. The Organization may terminate membership upon breach of this Agreement or violation of policies.</w:t>
      </w:r>
    </w:p>
    <w:p>
      <w:r>
        <w:rPr>
          <w:b w:val="0"/>
          <w:sz w:val="20"/>
        </w:rPr>
        <w:t>4. The Organization will protect Member information as required by law and policy.</w:t>
      </w:r>
    </w:p>
    <w:p/>
    <w:p>
      <w:r>
        <w:rPr>
          <w:b/>
          <w:sz w:val="20"/>
        </w:rPr>
        <w:t>Term and Termination:</w:t>
      </w:r>
    </w:p>
    <w:p>
      <w:r>
        <w:rPr>
          <w:b w:val="0"/>
          <w:sz w:val="20"/>
        </w:rPr>
        <w:t>This Agreement shall commence upon acceptance by both parties and continue for the agreed duration. Either party may terminate this Agreement with written notice. Termination does not relieve the Member of any outstanding obligations incurred prior to termination.</w:t>
      </w:r>
    </w:p>
    <w:p/>
    <w:p>
      <w:r>
        <w:rPr>
          <w:b/>
          <w:sz w:val="20"/>
        </w:rPr>
        <w:t>Confidentiality:</w:t>
      </w:r>
    </w:p>
    <w:p>
      <w:r>
        <w:rPr>
          <w:b w:val="0"/>
          <w:sz w:val="20"/>
        </w:rPr>
        <w:t>The parties agree to keep confidential all non-public information obtained in connection with this Agreement, except as required by law or with prior written consent.</w:t>
      </w:r>
    </w:p>
    <w:p/>
    <w:p>
      <w:r>
        <w:rPr>
          <w:b/>
          <w:sz w:val="20"/>
        </w:rPr>
        <w:t>Liability and Indemnification:</w:t>
      </w:r>
    </w:p>
    <w:p>
      <w:r>
        <w:rPr>
          <w:b w:val="0"/>
          <w:sz w:val="20"/>
        </w:rPr>
        <w:t>The Member acknowledges participation in Organization activities is at their own risk. The Organization shall not be liable for any damages arising out of membership except in cases of gross negligence or willful misconduct. The Member agrees to indemnify and hold harmless the Organization from any claims arising from their actions.</w:t>
      </w:r>
    </w:p>
    <w:p/>
    <w:p>
      <w:r>
        <w:rPr>
          <w:b/>
          <w:sz w:val="20"/>
        </w:rPr>
        <w:t>Governing Law and Jurisdiction:</w:t>
      </w:r>
    </w:p>
    <w:p>
      <w:r>
        <w:rPr>
          <w:b w:val="0"/>
          <w:sz w:val="20"/>
        </w:rPr>
        <w:t>This Agreement shall be governed by and construed in accordance with the laws of the State of ____________________. Any disputes arising under this Agreement shall be subject to the exclusive jurisdiction of the courts located in ____________________ County, State of ____________________.</w:t>
      </w:r>
    </w:p>
    <w:p/>
    <w:p>
      <w:r>
        <w:rPr>
          <w:b/>
          <w:sz w:val="20"/>
        </w:rPr>
        <w:t>Entire Agreement:</w:t>
      </w:r>
    </w:p>
    <w:p>
      <w:r>
        <w:rPr>
          <w:b w:val="0"/>
          <w:sz w:val="20"/>
        </w:rPr>
        <w:t>This Agreement constitutes the entire understanding between the parties and supersedes all prior agreements or understandings, whether written or oral, relating to the subject matter herein.</w:t>
      </w:r>
    </w:p>
    <w:p/>
    <w:p>
      <w:r>
        <w:rPr>
          <w:b/>
          <w:sz w:val="20"/>
        </w:rPr>
        <w:t>Amendments:</w:t>
      </w:r>
    </w:p>
    <w:p>
      <w:r>
        <w:rPr>
          <w:b w:val="0"/>
          <w:sz w:val="20"/>
        </w:rPr>
        <w:t>Any amendments or modifications to this Agreement must be made in writing and signed by both parties.</w:t>
      </w:r>
    </w:p>
    <w:p/>
    <w:p>
      <w:r>
        <w:rPr>
          <w:b/>
          <w:sz w:val="20"/>
        </w:rPr>
        <w:t>Severability:</w:t>
      </w:r>
    </w:p>
    <w:p>
      <w:r>
        <w:rPr>
          <w:b w:val="0"/>
          <w:sz w:val="20"/>
        </w:rPr>
        <w:t>If any provision of this Agreement is found to be invalid or unenforceable, the remaining provisions shall continue in full force and effect.</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ORGANIZATION REPRESENTATIVE</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https://docs-business.com/membership-agreement-template/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membership-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