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LIMITED LIABILITY PARTNERSHIP AGREEMENT</w:t>
      </w:r>
    </w:p>
    <w:p/>
    <w:p>
      <w:r>
        <w:rPr>
          <w:b w:val="0"/>
          <w:sz w:val="20"/>
        </w:rPr>
        <w:t>This Limited Liability Partnership Agreement (the “Agreement”) is entered into by and among the undersigned parties (the “Partners”) for the purpose of forming and governing a Limited Liability Partnership (“LLP”) under the laws of the United States of America.</w:t>
      </w:r>
    </w:p>
    <w:p/>
    <w:p/>
    <w:p>
      <w:r>
        <w:rPr>
          <w:b/>
          <w:sz w:val="20"/>
        </w:rPr>
        <w:t>ARTICLE 1 – FORMATION</w:t>
      </w:r>
    </w:p>
    <w:p>
      <w:r>
        <w:rPr>
          <w:b w:val="0"/>
          <w:sz w:val="20"/>
        </w:rPr>
        <w:t>1.1 Formation: The Partners hereby form a Limited Liability Partnership pursuant to applicable state laws and this Agreement.</w:t>
      </w:r>
    </w:p>
    <w:p>
      <w:r>
        <w:rPr>
          <w:b w:val="0"/>
          <w:sz w:val="20"/>
        </w:rPr>
        <w:t>1.2 Name: The name of the LLP shall be ___________________________________________.</w:t>
      </w:r>
    </w:p>
    <w:p>
      <w:r>
        <w:rPr>
          <w:b w:val="0"/>
          <w:sz w:val="20"/>
        </w:rPr>
        <w:t>1.3 Principal Office: The principal office of the LLP shall be located at ____________________________________________________________.</w:t>
      </w:r>
    </w:p>
    <w:p>
      <w:r>
        <w:rPr>
          <w:b w:val="0"/>
          <w:sz w:val="20"/>
        </w:rPr>
        <w:t>1.4 Term: The LLP shall commence on the date all Partners have executed this Agreement and shall continue until dissolved in accordance with this Agreement.</w:t>
      </w:r>
    </w:p>
    <w:p/>
    <w:p>
      <w:r>
        <w:rPr>
          <w:b/>
          <w:sz w:val="20"/>
        </w:rPr>
        <w:t>ARTICLE 2 – PURPOSE</w:t>
      </w:r>
    </w:p>
    <w:p>
      <w:r>
        <w:rPr>
          <w:b w:val="0"/>
          <w:sz w:val="20"/>
        </w:rPr>
        <w:t>2.1 Purpose: The purpose of the LLP is to engage in the business of ____________________________________________________________ and any other lawful activities as may be agreed upon by the Partners.</w:t>
      </w:r>
    </w:p>
    <w:p/>
    <w:p>
      <w:r>
        <w:rPr>
          <w:b/>
          <w:sz w:val="20"/>
        </w:rPr>
        <w:t>ARTICLE 3 – CAPITAL CONTRIBUTIONS</w:t>
      </w:r>
    </w:p>
    <w:p>
      <w:r>
        <w:rPr>
          <w:b w:val="0"/>
          <w:sz w:val="20"/>
        </w:rPr>
        <w:t>3.1 Initial Contributions: Each Partner shall contribute to the capital of the LLP as follows:</w:t>
      </w:r>
    </w:p>
    <w:p>
      <w:r>
        <w:rPr>
          <w:b w:val="0"/>
          <w:sz w:val="20"/>
        </w:rPr>
        <w:t>Partner Name: __________________________________   Contribution: ________________________________</w:t>
      </w:r>
    </w:p>
    <w:p>
      <w:r>
        <w:rPr>
          <w:b w:val="0"/>
          <w:sz w:val="20"/>
        </w:rPr>
        <w:t>Partner Name: __________________________________   Contribution: ________________________________</w:t>
      </w:r>
    </w:p>
    <w:p>
      <w:r>
        <w:rPr>
          <w:b w:val="0"/>
          <w:sz w:val="20"/>
        </w:rPr>
        <w:t>3.2 Additional Contributions: Additional capital contributions may be made only with the unanimous consent of all Partners.</w:t>
      </w:r>
    </w:p>
    <w:p/>
    <w:p>
      <w:r>
        <w:rPr>
          <w:b/>
          <w:sz w:val="20"/>
        </w:rPr>
        <w:t>ARTICLE 4 – PROFITS, LOSSES AND DISTRIBUTIONS</w:t>
      </w:r>
    </w:p>
    <w:p>
      <w:r>
        <w:rPr>
          <w:b w:val="0"/>
          <w:sz w:val="20"/>
        </w:rPr>
        <w:t>4.1 Allocation: Profits and losses of the LLP shall be allocated among the Partners in proportion to their respective capital contributions unless otherwise unanimously agreed.</w:t>
      </w:r>
    </w:p>
    <w:p>
      <w:r>
        <w:rPr>
          <w:b w:val="0"/>
          <w:sz w:val="20"/>
        </w:rPr>
        <w:t>4.2 Distributions: Cash or other distributions shall be made to the Partners at such times and in such amounts as the Partners unanimously agree.</w:t>
      </w:r>
    </w:p>
    <w:p/>
    <w:p>
      <w:r>
        <w:rPr>
          <w:b/>
          <w:sz w:val="20"/>
        </w:rPr>
        <w:t>ARTICLE 5 – MANAGEMENT</w:t>
      </w:r>
    </w:p>
    <w:p>
      <w:r>
        <w:rPr>
          <w:b w:val="0"/>
          <w:sz w:val="20"/>
        </w:rPr>
        <w:t>5.1 Management by Partners: The LLP shall be managed by the Partners collectively. Each Partner shall have equal rights in the management and conduct of the LLP’s business.</w:t>
      </w:r>
    </w:p>
    <w:p>
      <w:r>
        <w:rPr>
          <w:b w:val="0"/>
          <w:sz w:val="20"/>
        </w:rPr>
        <w:t>5.2 Voting: Unless otherwise provided, all decisions concerning the LLP shall require the unanimous consent of all Partners.</w:t>
      </w:r>
    </w:p>
    <w:p>
      <w:r>
        <w:rPr>
          <w:b w:val="0"/>
          <w:sz w:val="20"/>
        </w:rPr>
        <w:t>5.3 Duties and Authority: No Partner may bind the LLP except as authorized by the unanimous consent of all Partners or as expressly provided in this Agreement.</w:t>
      </w:r>
    </w:p>
    <w:p/>
    <w:p>
      <w:r>
        <w:rPr>
          <w:b/>
          <w:sz w:val="20"/>
        </w:rPr>
        <w:t>ARTICLE 6 – BOOKS, RECORDS AND ACCOUNTING</w:t>
      </w:r>
    </w:p>
    <w:p>
      <w:r>
        <w:rPr>
          <w:b w:val="0"/>
          <w:sz w:val="20"/>
        </w:rPr>
        <w:t>6.1 Records: The LLP shall maintain complete and accurate books and records of its operations and affairs at its principal office.</w:t>
      </w:r>
    </w:p>
    <w:p>
      <w:r>
        <w:rPr>
          <w:b w:val="0"/>
          <w:sz w:val="20"/>
        </w:rPr>
        <w:t>6.2 Inspection: Each Partner shall have the right to inspect and copy any of the LLP’s books and records at reasonable times.</w:t>
      </w:r>
    </w:p>
    <w:p>
      <w:r>
        <w:rPr>
          <w:b w:val="0"/>
          <w:sz w:val="20"/>
        </w:rPr>
        <w:t>6.3 Fiscal Year: The fiscal year of the LLP shall end on the 31st day of December each year.</w:t>
      </w:r>
    </w:p>
    <w:p/>
    <w:p>
      <w:r>
        <w:rPr>
          <w:b/>
          <w:sz w:val="20"/>
        </w:rPr>
        <w:t>ARTICLE 7 – TRANSFERS AND ASSIGNMENTS</w:t>
      </w:r>
    </w:p>
    <w:p>
      <w:r>
        <w:rPr>
          <w:b w:val="0"/>
          <w:sz w:val="20"/>
        </w:rPr>
        <w:t>7.1 Restrictions: No Partner shall transfer, assign, pledge or otherwise dispose of any part of their interest in the LLP without the prior unanimous written consent of the other Partners.</w:t>
      </w:r>
    </w:p>
    <w:p>
      <w:r>
        <w:rPr>
          <w:b w:val="0"/>
          <w:sz w:val="20"/>
        </w:rPr>
        <w:t>7.2 Permitted Transfers: Transfers to another Partner or to an entity controlled by the Partner are permitted with prior written notification to all other Partners.</w:t>
      </w:r>
    </w:p>
    <w:p/>
    <w:p>
      <w:r>
        <w:rPr>
          <w:b/>
          <w:sz w:val="20"/>
        </w:rPr>
        <w:t>ARTICLE 8 – WITHDRAWAL AND DISSOCIATION</w:t>
      </w:r>
    </w:p>
    <w:p>
      <w:r>
        <w:rPr>
          <w:b w:val="0"/>
          <w:sz w:val="20"/>
        </w:rPr>
        <w:t>8.1 Voluntary Withdrawal: A Partner may withdraw from the LLP only with the unanimous consent of the other Partners and upon compliance with all terms of this Agreement.</w:t>
      </w:r>
    </w:p>
    <w:p>
      <w:r>
        <w:rPr>
          <w:b w:val="0"/>
          <w:sz w:val="20"/>
        </w:rPr>
        <w:t>8.2 Effects of Withdrawal: Upon withdrawal, the withdrawing Partner shall be entitled only to the return of their capital account after proper accounting and settlement of liabilities.</w:t>
      </w:r>
    </w:p>
    <w:p/>
    <w:p>
      <w:r>
        <w:rPr>
          <w:b/>
          <w:sz w:val="20"/>
        </w:rPr>
        <w:t>ARTICLE 9 – DISSOLUTION AND WINDING UP</w:t>
      </w:r>
    </w:p>
    <w:p>
      <w:r>
        <w:rPr>
          <w:b w:val="0"/>
          <w:sz w:val="20"/>
        </w:rPr>
        <w:t>9.1 Events of Dissolution: The LLP shall be dissolved upon the occurrence of any of the following events:</w:t>
      </w:r>
    </w:p>
    <w:p>
      <w:r>
        <w:rPr>
          <w:b w:val="0"/>
          <w:sz w:val="20"/>
        </w:rPr>
        <w:t xml:space="preserve">    a) Unanimous written agreement of all Partners;</w:t>
      </w:r>
    </w:p>
    <w:p>
      <w:r>
        <w:rPr>
          <w:b w:val="0"/>
          <w:sz w:val="20"/>
        </w:rPr>
        <w:t xml:space="preserve">    b) Entry of a decree of judicial dissolution;</w:t>
      </w:r>
    </w:p>
    <w:p>
      <w:r>
        <w:rPr>
          <w:b w:val="0"/>
          <w:sz w:val="20"/>
        </w:rPr>
        <w:t xml:space="preserve">    c) Any other event causing dissolution under applicable law.</w:t>
      </w:r>
    </w:p>
    <w:p>
      <w:r>
        <w:rPr>
          <w:b w:val="0"/>
          <w:sz w:val="20"/>
        </w:rPr>
        <w:t>9.2 Winding Up: Upon dissolution, the Partners shall proceed to wind up the affairs of the LLP, pay or provide for all liabilities, and distribute remaining assets in accordance with the Partners’ capital accounts after payment of liabilities.</w:t>
      </w:r>
    </w:p>
    <w:p/>
    <w:p>
      <w:r>
        <w:rPr>
          <w:b/>
          <w:sz w:val="20"/>
        </w:rPr>
        <w:t>ARTICLE 10 – INDEMNIFICATION AND LIABILITY</w:t>
      </w:r>
    </w:p>
    <w:p>
      <w:r>
        <w:rPr>
          <w:b w:val="0"/>
          <w:sz w:val="20"/>
        </w:rPr>
        <w:t>10.1 Limitation of Liability: Except as otherwise provided by law, no Partner shall be personally liable for the debts, obligations, or liabilities of the LLP beyond their capital contributions.</w:t>
      </w:r>
    </w:p>
    <w:p>
      <w:r>
        <w:rPr>
          <w:b w:val="0"/>
          <w:sz w:val="20"/>
        </w:rPr>
        <w:t>10.2 Indemnification: The LLP shall indemnify each Partner to the fullest extent permitted by law against any and all expenses and liabilities incurred by reason of their status or actions on behalf of the LLP, except in cases of gross negligence or willful misconduct.</w:t>
      </w:r>
    </w:p>
    <w:p/>
    <w:p>
      <w:r>
        <w:rPr>
          <w:b/>
          <w:sz w:val="20"/>
        </w:rPr>
        <w:t>ARTICLE 11 – MISCELLANEOUS</w:t>
      </w:r>
    </w:p>
    <w:p>
      <w:r>
        <w:rPr>
          <w:b w:val="0"/>
          <w:sz w:val="20"/>
        </w:rPr>
        <w:t>11.1 Governing Law: This Agreement shall be governed by and construed in accordance with the laws of the State of ____________________________, United States of America.</w:t>
      </w:r>
    </w:p>
    <w:p>
      <w:r>
        <w:rPr>
          <w:b w:val="0"/>
          <w:sz w:val="20"/>
        </w:rPr>
        <w:t>11.2 Entire Agreement: This Agreement constitutes the entire agreement among the Partners with respect to the LLP and supersedes all prior agreements and understandings.</w:t>
      </w:r>
    </w:p>
    <w:p>
      <w:r>
        <w:rPr>
          <w:b w:val="0"/>
          <w:sz w:val="20"/>
        </w:rPr>
        <w:t>11.3 Amendments: This Agreement may be amended only by the unanimous written consent of all Partners.</w:t>
      </w:r>
    </w:p>
    <w:p>
      <w:r>
        <w:rPr>
          <w:b w:val="0"/>
          <w:sz w:val="20"/>
        </w:rPr>
        <w:t>11.4 Severability: If any provision of this Agreement is held invalid or unenforceable, the remaining provisions shall remain in full force and effect.</w:t>
      </w:r>
    </w:p>
    <w:p>
      <w:r>
        <w:rPr>
          <w:b w:val="0"/>
          <w:sz w:val="20"/>
        </w:rPr>
        <w:t>11.5 Notices: Any notice required or permitted under this Agreement shall be in writing and shall be deemed given when delivered personally or sent by certified mail to the Partners’ addresses on record.</w:t>
      </w:r>
    </w:p>
    <w:p/>
    <w:p/>
    <w:p>
      <w:r>
        <w:rPr>
          <w:b w:val="0"/>
          <w:sz w:val="20"/>
        </w:rPr>
        <w:t>IN WITNESS WHEREOF, the Partners have executed this Limited Liability Partnership Agreement as of the date indicated below their respective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https://docs-business.com/llp-agreement-template/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llp-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