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LIMITED LIABILITY COMPANY OPERATING AGREEMENT</w:t>
      </w:r>
    </w:p>
    <w:p>
      <w:pPr>
        <w:jc w:val="center"/>
      </w:pPr>
      <w:r>
        <w:rPr>
          <w:b/>
          <w:sz w:val="20"/>
        </w:rPr>
        <w:t>OF</w:t>
      </w:r>
    </w:p>
    <w:p>
      <w:pPr>
        <w:jc w:val="center"/>
      </w:pPr>
      <w:r>
        <w:rPr>
          <w:b/>
          <w:sz w:val="20"/>
        </w:rPr>
        <w:t>____________________________, LLC</w:t>
      </w:r>
    </w:p>
    <w:p/>
    <w:p/>
    <w:p>
      <w:r>
        <w:rPr>
          <w:b w:val="0"/>
          <w:sz w:val="20"/>
        </w:rPr>
        <w:t>This Limited Liability Company Operating Agreement (the “Agreement”) is entered into by and among the Members listed below to govern the operations and management of the limited liability company formed under the laws of the State of Colorado pursuant to the Colorado Limited Liability Company Act.</w:t>
      </w:r>
    </w:p>
    <w:p/>
    <w:p/>
    <w:p>
      <w:r>
        <w:rPr>
          <w:b/>
          <w:sz w:val="22"/>
        </w:rPr>
        <w:t>ARTICLE I – FORMATION</w:t>
      </w:r>
    </w:p>
    <w:p>
      <w:r>
        <w:rPr>
          <w:b w:val="0"/>
          <w:sz w:val="20"/>
        </w:rPr>
        <w:t>1.1 Formation. The Members hereby form a Limited Liability Company (“LLC”) pursuant to and in accordance with the Colorado Limited Liability Company Act and the terms of this Agreement.</w:t>
      </w:r>
    </w:p>
    <w:p>
      <w:r>
        <w:rPr>
          <w:b w:val="0"/>
          <w:sz w:val="20"/>
        </w:rPr>
        <w:t>1.2 Name. The name of the LLC is ____________________________, LLC (the “Company”).</w:t>
      </w:r>
    </w:p>
    <w:p>
      <w:r>
        <w:rPr>
          <w:b w:val="0"/>
          <w:sz w:val="20"/>
        </w:rPr>
        <w:t>1.3 Principal Office. The principal office of the Company shall be located at ____________________________________________________, or such other place as the Members may determine.</w:t>
      </w:r>
    </w:p>
    <w:p>
      <w:r>
        <w:rPr>
          <w:b w:val="0"/>
          <w:sz w:val="20"/>
        </w:rPr>
        <w:t>1.4 Registered Agent. The registered agent of the Company in the State of Colorado shall be ____________________________ with an address at ____________________________________________________.</w:t>
      </w:r>
    </w:p>
    <w:p>
      <w:r>
        <w:rPr>
          <w:b w:val="0"/>
          <w:sz w:val="20"/>
        </w:rPr>
        <w:t>1.5 Term. The Company shall continue until dissolved as provided in this Agreement.</w:t>
      </w:r>
    </w:p>
    <w:p/>
    <w:p>
      <w:r>
        <w:rPr>
          <w:b/>
          <w:sz w:val="22"/>
        </w:rPr>
        <w:t>ARTICLE II – PURPOSE</w:t>
      </w:r>
    </w:p>
    <w:p>
      <w:r>
        <w:rPr>
          <w:b w:val="0"/>
          <w:sz w:val="20"/>
        </w:rPr>
        <w:t>The purpose of the Company is to engage in any lawful business activity for which limited liability companies may be organized under the laws of the State of Colorado.</w:t>
      </w:r>
    </w:p>
    <w:p/>
    <w:p>
      <w:r>
        <w:rPr>
          <w:b/>
          <w:sz w:val="22"/>
        </w:rPr>
        <w:t>ARTICLE III – MEMBERS</w:t>
      </w:r>
    </w:p>
    <w:p>
      <w:r>
        <w:rPr>
          <w:b w:val="0"/>
          <w:sz w:val="20"/>
        </w:rPr>
        <w:t>3.1 Initial Members. The names, addresses, and initial Capital Contributions of the Members are as follows:</w:t>
      </w:r>
    </w:p>
    <w:tbl>
      <w:tblPr>
        <w:tblW w:type="auto" w:w="0"/>
        <w:tblLook w:firstColumn="1" w:firstRow="1" w:lastColumn="0" w:lastRow="0" w:noHBand="0" w:noVBand="1" w:val="04A0"/>
      </w:tblPr>
      <w:tblGrid>
        <w:gridCol w:w="3324"/>
        <w:gridCol w:w="3324"/>
        <w:gridCol w:w="3324"/>
      </w:tblGrid>
      <w:tr>
        <w:tc>
          <w:tcPr>
            <w:tcW w:type="dxa" w:w="3324"/>
          </w:tcPr>
          <w:p>
            <w:r>
              <w:t>Member Name</w:t>
            </w:r>
          </w:p>
        </w:tc>
        <w:tc>
          <w:tcPr>
            <w:tcW w:type="dxa" w:w="3324"/>
          </w:tcPr>
          <w:p>
            <w:r>
              <w:t>Address</w:t>
            </w:r>
          </w:p>
        </w:tc>
        <w:tc>
          <w:tcPr>
            <w:tcW w:type="dxa" w:w="3324"/>
          </w:tcPr>
          <w:p>
            <w:r>
              <w:t>Capital Contribution (USD)</w:t>
            </w:r>
          </w:p>
        </w:tc>
      </w:tr>
      <w:tr>
        <w:tc>
          <w:tcPr>
            <w:tcW w:type="dxa" w:w="3324"/>
          </w:tcPr>
          <w:p>
            <w:r>
              <w:t>____________________________</w:t>
            </w:r>
          </w:p>
        </w:tc>
        <w:tc>
          <w:tcPr>
            <w:tcW w:type="dxa" w:w="3324"/>
          </w:tcPr>
          <w:p>
            <w:r>
              <w:t>________________________________________________</w:t>
            </w:r>
          </w:p>
        </w:tc>
        <w:tc>
          <w:tcPr>
            <w:tcW w:type="dxa" w:w="3324"/>
          </w:tcPr>
          <w:p>
            <w:r>
              <w:t>____________________________</w:t>
            </w:r>
          </w:p>
        </w:tc>
      </w:tr>
    </w:tbl>
    <w:p/>
    <w:p/>
    <w:p>
      <w:r>
        <w:rPr>
          <w:b w:val="0"/>
          <w:sz w:val="20"/>
        </w:rPr>
        <w:t>3.2 Additional Members. Additional members may be admitted to the Company with the unanimous written consent of the existing Members upon such terms and conditions as the Members determine.</w:t>
      </w:r>
    </w:p>
    <w:p>
      <w:r>
        <w:rPr>
          <w:b w:val="0"/>
          <w:sz w:val="20"/>
        </w:rPr>
        <w:t>3.3 Withdrawal or Resignation. A Member may withdraw or resign from the Company only with the unanimous consent of the other Members or in accordance with this Agreement or applicable law.</w:t>
      </w:r>
    </w:p>
    <w:p/>
    <w:p>
      <w:r>
        <w:rPr>
          <w:b/>
          <w:sz w:val="22"/>
        </w:rPr>
        <w:t>ARTICLE IV – CAPITAL CONTRIBUTIONS AND ACCOUNTS</w:t>
      </w:r>
    </w:p>
    <w:p>
      <w:r>
        <w:rPr>
          <w:b w:val="0"/>
          <w:sz w:val="20"/>
        </w:rPr>
        <w:t>4.1 Capital Contributions. Members shall contribute capital to the Company as set forth above or as otherwise agreed in writing by the Members.</w:t>
      </w:r>
    </w:p>
    <w:p>
      <w:r>
        <w:rPr>
          <w:b w:val="0"/>
          <w:sz w:val="20"/>
        </w:rPr>
        <w:t>4.2 Additional Contributions. No Member shall be required to make additional capital contributions. Additional contributions may be made with the unanimous consent of the Members.</w:t>
      </w:r>
    </w:p>
    <w:p>
      <w:r>
        <w:rPr>
          <w:b w:val="0"/>
          <w:sz w:val="20"/>
        </w:rPr>
        <w:t>4.3 Capital Accounts. The Company shall maintain a capital account for each Member in accordance with applicable federal income tax regulations.</w:t>
      </w:r>
    </w:p>
    <w:p/>
    <w:p>
      <w:r>
        <w:rPr>
          <w:b/>
          <w:sz w:val="22"/>
        </w:rPr>
        <w:t>ARTICLE V – ALLOCATIONS AND DISTRIBUTIONS</w:t>
      </w:r>
    </w:p>
    <w:p>
      <w:r>
        <w:rPr>
          <w:b w:val="0"/>
          <w:sz w:val="20"/>
        </w:rPr>
        <w:t>5.1 Profits and Losses. Profits and losses of the Company shall be allocated to the Members in proportion to their respective Membership Interests as set forth in this Agreement.</w:t>
      </w:r>
    </w:p>
    <w:p>
      <w:r>
        <w:rPr>
          <w:b w:val="0"/>
          <w:sz w:val="20"/>
        </w:rPr>
        <w:t>5.2 Distributions. Cash distributions shall be made to the Members at such times and in such amounts as determined by the Members, consistent with the Colorado Limited Liability Company Act and this Agreement.</w:t>
      </w:r>
    </w:p>
    <w:p/>
    <w:p>
      <w:r>
        <w:rPr>
          <w:b/>
          <w:sz w:val="22"/>
        </w:rPr>
        <w:t>ARTICLE VI – MANAGEMENT</w:t>
      </w:r>
    </w:p>
    <w:p>
      <w:r>
        <w:rPr>
          <w:b w:val="0"/>
          <w:sz w:val="20"/>
        </w:rPr>
        <w:t>6.1 Management by Members. The Company shall be managed by its Members. Each Member shall have voting rights proportional to their Membership Interest.</w:t>
      </w:r>
    </w:p>
    <w:p>
      <w:r>
        <w:rPr>
          <w:b w:val="0"/>
          <w:sz w:val="20"/>
        </w:rPr>
        <w:t>6.2 Authority. No Member shall have authority to bind the Company except as expressly provided in this Agreement or authorized by the Members.</w:t>
      </w:r>
    </w:p>
    <w:p>
      <w:r>
        <w:rPr>
          <w:b w:val="0"/>
          <w:sz w:val="20"/>
        </w:rPr>
        <w:t>6.3 Meetings. Meetings of the Members may be held at such times and places as the Members determine. Notice of any meeting shall be given to all Members at least ten (10) days prior to the meeting.</w:t>
      </w:r>
    </w:p>
    <w:p>
      <w:r>
        <w:rPr>
          <w:b w:val="0"/>
          <w:sz w:val="20"/>
        </w:rPr>
        <w:t>6.4 Action Without Meeting. Any action required or permitted to be taken at a meeting of the Members may be taken without a meeting if a consent in writing, describing the action so taken, is signed by all Members.</w:t>
      </w:r>
    </w:p>
    <w:p/>
    <w:p>
      <w:r>
        <w:rPr>
          <w:b/>
          <w:sz w:val="22"/>
        </w:rPr>
        <w:t>ARTICLE VII – OFFICERS</w:t>
      </w:r>
    </w:p>
    <w:p>
      <w:r>
        <w:rPr>
          <w:b w:val="0"/>
          <w:sz w:val="20"/>
        </w:rPr>
        <w:t>7.1 Appointment. The Members may appoint officers of the Company at their discretion, including but not limited to a President, Secretary, and Treasurer.</w:t>
      </w:r>
    </w:p>
    <w:p>
      <w:r>
        <w:rPr>
          <w:b w:val="0"/>
          <w:sz w:val="20"/>
        </w:rPr>
        <w:t>7.2 Authority and Duties. Officers shall have such powers and duties as delegated by the Members.</w:t>
      </w:r>
    </w:p>
    <w:p/>
    <w:p>
      <w:r>
        <w:rPr>
          <w:b/>
          <w:sz w:val="22"/>
        </w:rPr>
        <w:t>ARTICLE VIII – BOOKS, RECORDS, AND ACCOUNTING</w:t>
      </w:r>
    </w:p>
    <w:p>
      <w:r>
        <w:rPr>
          <w:b w:val="0"/>
          <w:sz w:val="20"/>
        </w:rPr>
        <w:t>8.1 Books and Records. The Company shall maintain complete and accurate books and records of the Company’s business and affairs.</w:t>
      </w:r>
    </w:p>
    <w:p>
      <w:r>
        <w:rPr>
          <w:b w:val="0"/>
          <w:sz w:val="20"/>
        </w:rPr>
        <w:t>8.2 Accounting. The Company’s fiscal year shall end on December 31. Financial statements shall be prepared annually and distributed to the Members.</w:t>
      </w:r>
    </w:p>
    <w:p>
      <w:r>
        <w:rPr>
          <w:b w:val="0"/>
          <w:sz w:val="20"/>
        </w:rPr>
        <w:t>8.3 Inspection. Each Member shall have the right to inspect and copy the Company’s books and records at reasonable times.</w:t>
      </w:r>
    </w:p>
    <w:p/>
    <w:p>
      <w:r>
        <w:rPr>
          <w:b/>
          <w:sz w:val="22"/>
        </w:rPr>
        <w:t>ARTICLE IX – TRANSFERS AND ASSIGNMENTS</w:t>
      </w:r>
    </w:p>
    <w:p>
      <w:r>
        <w:rPr>
          <w:b w:val="0"/>
          <w:sz w:val="20"/>
        </w:rPr>
        <w:t>9.1 Restrictions on Transfer. No Member may transfer, sell, assign, pledge, or otherwise dispose of all or any part of its Membership Interest except as provided in this Agreement.</w:t>
      </w:r>
    </w:p>
    <w:p>
      <w:r>
        <w:rPr>
          <w:b w:val="0"/>
          <w:sz w:val="20"/>
        </w:rPr>
        <w:t>9.2 Right of First Refusal. Before transferring any Membership Interest to a third party, a Member must first offer such interest to the other Members on the same terms.</w:t>
      </w:r>
    </w:p>
    <w:p>
      <w:r>
        <w:rPr>
          <w:b w:val="0"/>
          <w:sz w:val="20"/>
        </w:rPr>
        <w:t>9.3 Permitted Transfers. Transfers to affiliates, family members, or trusts for estate planning purposes may be permitted with unanimous consent of the Members.</w:t>
      </w:r>
    </w:p>
    <w:p/>
    <w:p>
      <w:r>
        <w:rPr>
          <w:b/>
          <w:sz w:val="22"/>
        </w:rPr>
        <w:t>ARTICLE X – DISSOLUTION AND WINDING UP</w:t>
      </w:r>
    </w:p>
    <w:p>
      <w:r>
        <w:rPr>
          <w:b w:val="0"/>
          <w:sz w:val="20"/>
        </w:rPr>
        <w:t>10.1 Events of Dissolution. The Company shall be dissolved upon the occurrence of any of the following:</w:t>
      </w:r>
    </w:p>
    <w:p>
      <w:r>
        <w:rPr>
          <w:b w:val="0"/>
          <w:sz w:val="20"/>
        </w:rPr>
        <w:t xml:space="preserve">    a) The unanimous written consent of the Members;</w:t>
      </w:r>
    </w:p>
    <w:p>
      <w:r>
        <w:rPr>
          <w:b w:val="0"/>
          <w:sz w:val="20"/>
        </w:rPr>
        <w:t xml:space="preserve">    b) Entry of a decree of judicial dissolution under Colorado law;</w:t>
      </w:r>
    </w:p>
    <w:p>
      <w:r>
        <w:rPr>
          <w:b w:val="0"/>
          <w:sz w:val="20"/>
        </w:rPr>
        <w:t xml:space="preserve">    c) Any other event mandating dissolution under applicable law or this Agreement.</w:t>
      </w:r>
    </w:p>
    <w:p>
      <w:r>
        <w:rPr>
          <w:b w:val="0"/>
          <w:sz w:val="20"/>
        </w:rPr>
        <w:t>10.2 Winding Up. Upon dissolution, the Company shall cease to carry on its business except to the extent necessary to wind up its affairs. The assets shall be liquidated, and the proceeds distributed to creditors and Members in accordance with applicable law and this Agreement.</w:t>
      </w:r>
    </w:p>
    <w:p/>
    <w:p>
      <w:r>
        <w:rPr>
          <w:b/>
          <w:sz w:val="22"/>
        </w:rPr>
        <w:t>ARTICLE XI – INDEMNIFICATION AND LIABILITY</w:t>
      </w:r>
    </w:p>
    <w:p>
      <w:r>
        <w:rPr>
          <w:b w:val="0"/>
          <w:sz w:val="20"/>
        </w:rPr>
        <w:t>11.1 Indemnification. The Company shall indemnify and hold harmless each Member and officer to the fullest extent permitted by the Colorado Limited Liability Company Act against any losses, claims, damages, or liabilities arising from actions performed on behalf of the Company, except in cases of gross negligence, willful misconduct, or breach of this Agreement.</w:t>
      </w:r>
    </w:p>
    <w:p>
      <w:r>
        <w:rPr>
          <w:b w:val="0"/>
          <w:sz w:val="20"/>
        </w:rPr>
        <w:t>11.2 Limitations on Liability. No Member shall be personally liable for the debts, obligations, or liabilities of the Company solely by reason of being a Member.</w:t>
      </w:r>
    </w:p>
    <w:p/>
    <w:p>
      <w:r>
        <w:rPr>
          <w:b/>
          <w:sz w:val="22"/>
        </w:rPr>
        <w:t>ARTICLE XII – MISCELLANEOUS</w:t>
      </w:r>
    </w:p>
    <w:p>
      <w:r>
        <w:rPr>
          <w:b w:val="0"/>
          <w:sz w:val="20"/>
        </w:rPr>
        <w:t>12.1 Amendments. This Agreement may be amended only by a written instrument signed by all Members.</w:t>
      </w:r>
    </w:p>
    <w:p>
      <w:r>
        <w:rPr>
          <w:b w:val="0"/>
          <w:sz w:val="20"/>
        </w:rPr>
        <w:t>12.2 Governing Law. This Agreement shall be governed by and construed in accordance with the laws of the State of Colorado.</w:t>
      </w:r>
    </w:p>
    <w:p>
      <w:r>
        <w:rPr>
          <w:b w:val="0"/>
          <w:sz w:val="20"/>
        </w:rPr>
        <w:t>12.3 Entire Agreement. This Agreement constitutes the entire agreement among the Members with respect to the subject matter hereof and supersedes all prior agreements and understandings.</w:t>
      </w:r>
    </w:p>
    <w:p>
      <w:r>
        <w:rPr>
          <w:b w:val="0"/>
          <w:sz w:val="20"/>
        </w:rPr>
        <w:t>12.4 Severability. If any provision of this Agreement is held invalid or unenforceable, the remaining provisions shall continue in full force and effect.</w:t>
      </w:r>
    </w:p>
    <w:p>
      <w:r>
        <w:rPr>
          <w:b w:val="0"/>
          <w:sz w:val="20"/>
        </w:rPr>
        <w:t>12.5 Waiver. The failure of any Member to enforce any provision shall not be deemed a waiver of future enforcement of that or any other provision.</w:t>
      </w:r>
    </w:p>
    <w:p>
      <w:r>
        <w:rPr>
          <w:b w:val="0"/>
          <w:sz w:val="20"/>
        </w:rPr>
        <w:t>12.6 Notices. All notices under this Agreement shall be in writing and shall be deemed delivered when sent via certified mail, return receipt requested, or by nationally recognized overnight courier, to the addresses set forth herein or as updated by notice.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https://docs-business.com/llc-operating-agreement-colorado-template/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llc-operating-agreement-colorado-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