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PARTNERSHIP AGREEMENT</w:t>
      </w:r>
    </w:p>
    <w:p/>
    <w:p/>
    <w:p>
      <w:r>
        <w:rPr>
          <w:b w:val="0"/>
          <w:sz w:val="20"/>
        </w:rPr>
        <w:t>THIS LIMITED LIABILITY PARTNERSHIP AGREEMENT (the "Agreement") is entered into by and among the undersigned parties (the "Partners") for the purpose of forming and operating a Limited Liability Partnership (the "LLP") under the laws of the United States of America, subject to the terms and conditions set forth herein.</w:t>
      </w:r>
    </w:p>
    <w:p/>
    <w:p/>
    <w:p>
      <w:r>
        <w:rPr>
          <w:b/>
          <w:sz w:val="20"/>
        </w:rPr>
        <w:t>Article 1 – Formation of the Partnership</w:t>
      </w:r>
    </w:p>
    <w:p>
      <w:r>
        <w:rPr>
          <w:b w:val="0"/>
          <w:sz w:val="20"/>
        </w:rPr>
        <w:t>1.1 Formation. The Partners hereby form a Limited Liability Partnership pursuant to the applicable laws of the United States, including but not limited to state statutes governing LLPs.</w:t>
      </w:r>
    </w:p>
    <w:p>
      <w:r>
        <w:rPr>
          <w:b w:val="0"/>
          <w:sz w:val="20"/>
        </w:rPr>
        <w:t>1.2 Name. The name of the LLP shall be: ________________________________________________.</w:t>
      </w:r>
    </w:p>
    <w:p>
      <w:r>
        <w:rPr>
          <w:b w:val="0"/>
          <w:sz w:val="20"/>
        </w:rPr>
        <w:t>1.3 Principal Place of Business. The principal office and place of business of the LLP shall be: ________________________________________________.</w:t>
      </w:r>
    </w:p>
    <w:p/>
    <w:p>
      <w:r>
        <w:rPr>
          <w:b/>
          <w:sz w:val="20"/>
        </w:rPr>
        <w:t>Article 2 – Purpose</w:t>
      </w:r>
    </w:p>
    <w:p>
      <w:r>
        <w:rPr>
          <w:b w:val="0"/>
          <w:sz w:val="20"/>
        </w:rPr>
        <w:t>The purpose of the LLP is to engage in any lawful business activity permitted under applicable law, including but not limited to the following: ________________________________________________________________.</w:t>
      </w:r>
    </w:p>
    <w:p/>
    <w:p>
      <w:r>
        <w:rPr>
          <w:b/>
          <w:sz w:val="20"/>
        </w:rPr>
        <w:t>Article 3 – Term</w:t>
      </w:r>
    </w:p>
    <w:p>
      <w:r>
        <w:rPr>
          <w:b w:val="0"/>
          <w:sz w:val="20"/>
        </w:rPr>
        <w:t>The LLP shall commence on the effective date of this Agreement and shall continue until dissolved in accordance with the terms set forth herein.</w:t>
      </w:r>
    </w:p>
    <w:p/>
    <w:p>
      <w:r>
        <w:rPr>
          <w:b/>
          <w:sz w:val="20"/>
        </w:rPr>
        <w:t>Article 4 – Capital Contributions</w:t>
      </w:r>
    </w:p>
    <w:p>
      <w:r>
        <w:rPr>
          <w:b w:val="0"/>
          <w:sz w:val="20"/>
        </w:rPr>
        <w:t>4.1 Initial Contributions. Each Partner shall contribute capital to the LLP as follows:</w:t>
      </w:r>
    </w:p>
    <w:tbl>
      <w:tblPr>
        <w:tblW w:type="auto" w:w="0"/>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r>
              <w:t>Partner Name</w:t>
            </w:r>
          </w:p>
        </w:tc>
        <w:tc>
          <w:tcPr>
            <w:tcW w:type="dxa" w:w="3324"/>
            <w:tcBorders>
              <w:top w:val="nil"/>
              <w:left w:val="nil"/>
              <w:bottom w:val="nil"/>
              <w:right w:val="nil"/>
              <w:insideH w:val="nil"/>
              <w:insideV w:val="nil"/>
            </w:tcBorders>
          </w:tcPr>
          <w:p>
            <w:r>
              <w:t>Capital Contribution Description</w:t>
            </w:r>
          </w:p>
        </w:tc>
        <w:tc>
          <w:tcPr>
            <w:tcW w:type="dxa" w:w="3324"/>
            <w:tcBorders>
              <w:top w:val="nil"/>
              <w:left w:val="nil"/>
              <w:bottom w:val="nil"/>
              <w:right w:val="nil"/>
              <w:insideH w:val="nil"/>
              <w:insideV w:val="nil"/>
            </w:tcBorders>
          </w:tcPr>
          <w:p>
            <w:r>
              <w:t>Value of Contribution (USD)</w:t>
            </w:r>
          </w:p>
        </w:tc>
      </w:tr>
    </w:tbl>
    <w:p/>
    <w:p>
      <w:r>
        <w:rPr>
          <w:b w:val="0"/>
          <w:sz w:val="20"/>
        </w:rPr>
        <w:t>4.2 Additional Contributions. No Partner shall be required to make additional capital contributions except as agreed in writing by all Partners.</w:t>
      </w:r>
    </w:p>
    <w:p/>
    <w:p>
      <w:r>
        <w:rPr>
          <w:b/>
          <w:sz w:val="20"/>
        </w:rPr>
        <w:t>Article 5 – Profit and Loss Sharing</w:t>
      </w:r>
    </w:p>
    <w:p>
      <w:r>
        <w:rPr>
          <w:b w:val="0"/>
          <w:sz w:val="20"/>
        </w:rPr>
        <w:t>5.1 Allocation. Except as otherwise provided herein, profits and losses shall be allocated among the Partners in proportion to their respective capital contributions.</w:t>
      </w:r>
    </w:p>
    <w:p>
      <w:r>
        <w:rPr>
          <w:b w:val="0"/>
          <w:sz w:val="20"/>
        </w:rPr>
        <w:t>5.2 Distributions. Distributions of available cash shall be made to the Partners at such times and in such amounts as determined by unanimous consent of the Partners.</w:t>
      </w:r>
    </w:p>
    <w:p/>
    <w:p>
      <w:r>
        <w:rPr>
          <w:b/>
          <w:sz w:val="20"/>
        </w:rPr>
        <w:t>Article 6 – Management and Voting</w:t>
      </w:r>
    </w:p>
    <w:p>
      <w:r>
        <w:rPr>
          <w:b w:val="0"/>
          <w:sz w:val="20"/>
        </w:rPr>
        <w:t>6.1 Management. The LLP shall be managed by the Partners collectively. Each Partner shall have authority to act on behalf of the LLP only as provided in this Agreement or by unanimous consent of the Partners.</w:t>
      </w:r>
    </w:p>
    <w:p>
      <w:r>
        <w:rPr>
          <w:b w:val="0"/>
          <w:sz w:val="20"/>
        </w:rPr>
        <w:t>6.2 Voting Rights. Each Partner shall have voting rights proportionate to their capital interest unless otherwise agreed.</w:t>
      </w:r>
    </w:p>
    <w:p>
      <w:r>
        <w:rPr>
          <w:b w:val="0"/>
          <w:sz w:val="20"/>
        </w:rPr>
        <w:t>6.3 Decisions. Except as otherwise required by law or this Agreement, decisions shall be made by unanimous consent of the Partners.</w:t>
      </w:r>
    </w:p>
    <w:p/>
    <w:p>
      <w:r>
        <w:rPr>
          <w:b/>
          <w:sz w:val="20"/>
        </w:rPr>
        <w:t>Article 7 – Duties and Obligations of Partners</w:t>
      </w:r>
    </w:p>
    <w:p>
      <w:r>
        <w:rPr>
          <w:b w:val="0"/>
          <w:sz w:val="20"/>
        </w:rPr>
        <w:t>7.1 Fiduciary Duties. Each Partner owes fiduciary duties of loyalty and care to the LLP and the other Partners.</w:t>
      </w:r>
    </w:p>
    <w:p>
      <w:r>
        <w:rPr>
          <w:b w:val="0"/>
          <w:sz w:val="20"/>
        </w:rPr>
        <w:t>7.2 Duty of Good Faith. The Partners agree to act in good faith and in the best interests of the LLP at all times.</w:t>
      </w:r>
    </w:p>
    <w:p/>
    <w:p>
      <w:r>
        <w:rPr>
          <w:b/>
          <w:sz w:val="20"/>
        </w:rPr>
        <w:t>Article 8 – Books, Records, and Accounting</w:t>
      </w:r>
    </w:p>
    <w:p>
      <w:r>
        <w:rPr>
          <w:b w:val="0"/>
          <w:sz w:val="20"/>
        </w:rPr>
        <w:t>8.1 Records. The LLP shall maintain complete and accurate books and records of its business and affairs.</w:t>
      </w:r>
    </w:p>
    <w:p>
      <w:r>
        <w:rPr>
          <w:b w:val="0"/>
          <w:sz w:val="20"/>
        </w:rPr>
        <w:t>8.2 Fiscal Year. The fiscal year of the LLP shall end on _______________ of each year.</w:t>
      </w:r>
    </w:p>
    <w:p>
      <w:r>
        <w:rPr>
          <w:b w:val="0"/>
          <w:sz w:val="20"/>
        </w:rPr>
        <w:t>8.3 Access. Each Partner shall have the right to inspect and copy the LLP’s books and records upon reasonable notice.</w:t>
      </w:r>
    </w:p>
    <w:p/>
    <w:p>
      <w:r>
        <w:rPr>
          <w:b/>
          <w:sz w:val="20"/>
        </w:rPr>
        <w:t>Article 9 – Tax Treatment</w:t>
      </w:r>
    </w:p>
    <w:p>
      <w:r>
        <w:rPr>
          <w:b w:val="0"/>
          <w:sz w:val="20"/>
        </w:rPr>
        <w:t>The LLP shall be treated as a partnership for federal and applicable state income tax purposes, and the Partners shall report their distributive shares of income, gain, loss, deduction, and credit on their individual tax returns.</w:t>
      </w:r>
    </w:p>
    <w:p/>
    <w:p>
      <w:r>
        <w:rPr>
          <w:b/>
          <w:sz w:val="20"/>
        </w:rPr>
        <w:t>Article 10 – Transfers and Assignments</w:t>
      </w:r>
    </w:p>
    <w:p>
      <w:r>
        <w:rPr>
          <w:b w:val="0"/>
          <w:sz w:val="20"/>
        </w:rPr>
        <w:t>10.1 Restrictions. No Partner may transfer or assign their interest in the LLP without the prior written consent of the other Partners.</w:t>
      </w:r>
    </w:p>
    <w:p>
      <w:r>
        <w:rPr>
          <w:b w:val="0"/>
          <w:sz w:val="20"/>
        </w:rPr>
        <w:t>10.2 Permitted Transfers. Transfers to Affiliates or family members may be permitted upon unanimous consent.</w:t>
      </w:r>
    </w:p>
    <w:p/>
    <w:p>
      <w:r>
        <w:rPr>
          <w:b/>
          <w:sz w:val="20"/>
        </w:rPr>
        <w:t>Article 11 – Withdrawal and Dissociation</w:t>
      </w:r>
    </w:p>
    <w:p>
      <w:r>
        <w:rPr>
          <w:b w:val="0"/>
          <w:sz w:val="20"/>
        </w:rPr>
        <w:t>11.1 Voluntary Withdrawal. Any Partner may withdraw from the LLP upon giving at least thirty (30) days written notice to the other Partners.</w:t>
      </w:r>
    </w:p>
    <w:p>
      <w:r>
        <w:rPr>
          <w:b w:val="0"/>
          <w:sz w:val="20"/>
        </w:rPr>
        <w:t>11.2 Effect of Withdrawal. Withdrawal shall not automatically dissolve the LLP unless agreed by the remaining Partners.</w:t>
      </w:r>
    </w:p>
    <w:p/>
    <w:p>
      <w:r>
        <w:rPr>
          <w:b/>
          <w:sz w:val="20"/>
        </w:rPr>
        <w:t>Article 12 – Dissolution and Liquidation</w:t>
      </w:r>
    </w:p>
    <w:p>
      <w:r>
        <w:rPr>
          <w:b w:val="0"/>
          <w:sz w:val="20"/>
        </w:rPr>
        <w:t>12.1 Events of Dissolution. The LLP shall be dissolved upon the occurrence of any of the following events:</w:t>
      </w:r>
    </w:p>
    <w:p>
      <w:r>
        <w:rPr>
          <w:b w:val="0"/>
          <w:sz w:val="20"/>
        </w:rPr>
        <w:t xml:space="preserve">    a) Unanimous agreement of the Partners;</w:t>
      </w:r>
    </w:p>
    <w:p>
      <w:r>
        <w:rPr>
          <w:b w:val="0"/>
          <w:sz w:val="20"/>
        </w:rPr>
        <w:t xml:space="preserve">    b) Entry of a decree of judicial dissolution;</w:t>
      </w:r>
    </w:p>
    <w:p>
      <w:r>
        <w:rPr>
          <w:b w:val="0"/>
          <w:sz w:val="20"/>
        </w:rPr>
        <w:t xml:space="preserve">    c) Other events as required by law or agreed herein.</w:t>
      </w:r>
    </w:p>
    <w:p>
      <w:r>
        <w:rPr>
          <w:b w:val="0"/>
          <w:sz w:val="20"/>
        </w:rPr>
        <w:t>12.2 Liquidation. Upon dissolution, the LLP’s assets shall be liquidated, liabilities satisfied, and remaining assets distributed to the Partners in accordance with their capital accounts after payment of all debts and obligations.</w:t>
      </w:r>
    </w:p>
    <w:p/>
    <w:p>
      <w:r>
        <w:rPr>
          <w:b/>
          <w:sz w:val="20"/>
        </w:rPr>
        <w:t>Article 13 – Indemnification</w:t>
      </w:r>
    </w:p>
    <w:p>
      <w:r>
        <w:rPr>
          <w:b w:val="0"/>
          <w:sz w:val="20"/>
        </w:rPr>
        <w:t>The LLP shall indemnify and hold harmless each Partner from and against any and all claims, liabilities, damages, and expenses incurred in connection with the LLP, except to the extent arising from gross negligence, willful misconduct, or breach of this Agreement.</w:t>
      </w:r>
    </w:p>
    <w:p/>
    <w:p>
      <w:r>
        <w:rPr>
          <w:b/>
          <w:sz w:val="20"/>
        </w:rPr>
        <w:t>Article 14 – Miscellaneous</w:t>
      </w:r>
    </w:p>
    <w:p>
      <w:r>
        <w:rPr>
          <w:b w:val="0"/>
          <w:sz w:val="20"/>
        </w:rPr>
        <w:t>14.1 Governing Law. This Agreement shall be governed by and construed in accordance with the laws of the United States and the State of ____________________.</w:t>
      </w:r>
    </w:p>
    <w:p>
      <w:r>
        <w:rPr>
          <w:b w:val="0"/>
          <w:sz w:val="20"/>
        </w:rPr>
        <w:t>14.2 Entire Agreement. This Agreement constitutes the entire agreement among the Partners and supersedes all prior agreements.</w:t>
      </w:r>
    </w:p>
    <w:p>
      <w:r>
        <w:rPr>
          <w:b w:val="0"/>
          <w:sz w:val="20"/>
        </w:rPr>
        <w:t>14.3 Amendments. This Agreement may be amended only with the unanimous written consent of all Partners.</w:t>
      </w:r>
    </w:p>
    <w:p>
      <w:r>
        <w:rPr>
          <w:b w:val="0"/>
          <w:sz w:val="20"/>
        </w:rPr>
        <w:t>14.4 Severability. If any provision of this Agreement is held invalid or unenforceable, the remaining provisions shall remain in full force and effect.</w:t>
      </w:r>
    </w:p>
    <w:p>
      <w:r>
        <w:rPr>
          <w:b w:val="0"/>
          <w:sz w:val="20"/>
        </w:rPr>
        <w:t>14.5 Notices. Any notice required or permitted under this Agreement shall be in writing and deemed given when delivered personally or sent by certified mail to the address of the respective Partner.</w:t>
      </w:r>
    </w:p>
    <w:p/>
    <w:p/>
    <w:p>
      <w:r>
        <w:rPr>
          <w:b w:val="0"/>
          <w:sz w:val="20"/>
        </w:rPr>
        <w:t>IN WITNESS WHEREOF, the Partners have executed this Limited Liability Partnership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Additional Partners (if any):</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Name: ________________________________________________________________</w:t>
      </w:r>
    </w:p>
    <w:p>
      <w:r>
        <w:rPr>
          <w:b w:val="0"/>
          <w:sz w:val="20"/>
        </w:rPr>
        <w:t>Signature: 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https://docs-business.com/limited-liability-partnership-agreement-template/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limited-liability-partnership-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