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LAUNDROMAT BUSINESS PLAN</w:t>
      </w:r>
    </w:p>
    <w:p/>
    <w:p/>
    <w:p>
      <w:r>
        <w:rPr>
          <w:b/>
          <w:sz w:val="22"/>
        </w:rPr>
        <w:t>Executive Summary</w:t>
      </w:r>
    </w:p>
    <w:p>
      <w:r>
        <w:rPr>
          <w:b w:val="0"/>
          <w:sz w:val="20"/>
        </w:rPr>
        <w:t>Business Name: __________________________________________________________</w:t>
      </w:r>
    </w:p>
    <w:p>
      <w:r>
        <w:rPr>
          <w:b w:val="0"/>
          <w:sz w:val="20"/>
        </w:rPr>
        <w:t>Business Location: ______________________________________________________</w:t>
      </w:r>
    </w:p>
    <w:p>
      <w:r>
        <w:rPr>
          <w:b w:val="0"/>
          <w:sz w:val="20"/>
        </w:rPr>
        <w:t>Business Owner(s): ______________________________________________________</w:t>
      </w:r>
    </w:p>
    <w:p>
      <w:r>
        <w:rPr>
          <w:b w:val="0"/>
          <w:sz w:val="20"/>
        </w:rPr>
        <w:t>Business Structure: _____________________________________________________</w:t>
      </w:r>
    </w:p>
    <w:p>
      <w:r>
        <w:rPr>
          <w:b w:val="0"/>
          <w:sz w:val="20"/>
        </w:rPr>
        <w:t>Mission Statement: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2"/>
        </w:rPr>
        <w:t>Business Description</w:t>
      </w:r>
    </w:p>
    <w:p>
      <w:r>
        <w:rPr>
          <w:b w:val="0"/>
          <w:sz w:val="20"/>
        </w:rPr>
        <w:t>Overview of the Laundromat Business: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Target Market and Customer Demographics: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Competitive Advantage and Unique Selling Points: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2"/>
        </w:rPr>
        <w:t>Market Analysis</w:t>
      </w:r>
    </w:p>
    <w:p>
      <w:r>
        <w:rPr>
          <w:b w:val="0"/>
          <w:sz w:val="20"/>
        </w:rPr>
        <w:t>Industry Overview: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Market Size and Growth Potential: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Competitive Landscape: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Target Customer Segments: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2"/>
        </w:rPr>
        <w:t>Marketing Plan</w:t>
      </w:r>
    </w:p>
    <w:p>
      <w:r>
        <w:rPr>
          <w:b w:val="0"/>
          <w:sz w:val="20"/>
        </w:rPr>
        <w:t>Marketing Strategy and Positioning: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Advertising and Promotion Channels: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Pricing Strategy: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Customer Loyalty and Retention: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2"/>
        </w:rPr>
        <w:t>Operations Plan</w:t>
      </w:r>
    </w:p>
    <w:p>
      <w:r>
        <w:rPr>
          <w:b w:val="0"/>
          <w:sz w:val="20"/>
        </w:rPr>
        <w:t>Location and Facilities: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Equipment and Technology: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Operating Hours: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Staffing and Management: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2"/>
        </w:rPr>
        <w:t>Financial Plan</w:t>
      </w:r>
    </w:p>
    <w:p>
      <w:r>
        <w:rPr>
          <w:b w:val="0"/>
          <w:sz w:val="20"/>
        </w:rPr>
        <w:t>Startup Costs and Capital Requirements: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Revenue Projections: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Operating Expenses: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Profit and Loss Forecast: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Cash Flow Analysis: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Break-even Analysis: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2"/>
        </w:rPr>
        <w:t>Legal Structure and Compliance</w:t>
      </w:r>
    </w:p>
    <w:p>
      <w:r>
        <w:rPr>
          <w:b w:val="0"/>
          <w:sz w:val="20"/>
        </w:rPr>
        <w:t>Business Entity Type (e.g., LLC, Corporation, Sole Proprietorship):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Licenses and Permits Required: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Health and Safety Regulations Compliance: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Environmental Regulations and Waste Disposal: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2"/>
        </w:rPr>
        <w:t>Risk Analysis and Contingency Plan</w:t>
      </w:r>
    </w:p>
    <w:p>
      <w:r>
        <w:rPr>
          <w:b w:val="0"/>
          <w:sz w:val="20"/>
        </w:rPr>
        <w:t>Potential Risks and Challenges: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Mitigation Strategies: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Contingency Plans for Emergencies or Business Interruptions: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2"/>
        </w:rPr>
        <w:t>Appendices</w:t>
      </w:r>
    </w:p>
    <w:p>
      <w:r>
        <w:rPr>
          <w:b w:val="0"/>
          <w:sz w:val="20"/>
        </w:rPr>
        <w:t>Supporting Documents and Additional Information: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Equipment Lists and Vendor Contacts: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Market Research Data: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BUSINESS OWNER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WITNESS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https://docs-business.com/laundromat-business-plan-template/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https://docs-business.com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docs-business.com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business.com/laundromat-business-plan-template/" TargetMode="External"/><Relationship Id="rId10" Type="http://schemas.openxmlformats.org/officeDocument/2006/relationships/hyperlink" Target="https://docs-busin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