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FOUNDERS AGREEMENT</w:t>
      </w:r>
    </w:p>
    <w:p/>
    <w:p>
      <w:r>
        <w:rPr>
          <w:b w:val="0"/>
          <w:sz w:val="20"/>
        </w:rPr>
        <w:t>This Founders Agreement (the “Agreement”) is made among the undersigned founders (each a “Founder” and collectively, the “Founders”) of the company formed pursuant to this Agreement (the “Company”). The Founders agree as follows:</w:t>
      </w:r>
    </w:p>
    <w:p/>
    <w:p/>
    <w:p>
      <w:r>
        <w:rPr>
          <w:b/>
          <w:sz w:val="20"/>
        </w:rPr>
        <w:t>1. Formation and Purpose</w:t>
      </w:r>
    </w:p>
    <w:p>
      <w:r>
        <w:rPr>
          <w:b w:val="0"/>
          <w:sz w:val="20"/>
        </w:rPr>
        <w:t>The Founders hereby agree to form and operate the Company for the purpose of engaging in lawful business activities as agreed upon by all Founders. The Company shall be formed under the laws of the State of incorporation and governed by this Agreement.</w:t>
      </w:r>
    </w:p>
    <w:p/>
    <w:p>
      <w:r>
        <w:rPr>
          <w:b/>
          <w:sz w:val="20"/>
        </w:rPr>
        <w:t>2. Capital Contributions</w:t>
      </w:r>
    </w:p>
    <w:p>
      <w:r>
        <w:rPr>
          <w:b w:val="0"/>
          <w:sz w:val="20"/>
        </w:rPr>
        <w:t>Each Founder shall contribute capital to the Company as follows:</w:t>
      </w:r>
    </w:p>
    <w:p>
      <w:r>
        <w:rPr>
          <w:b w:val="0"/>
          <w:sz w:val="20"/>
        </w:rPr>
        <w:t>- Founder 1: _____________________________________________________________</w:t>
      </w:r>
    </w:p>
    <w:p>
      <w:r>
        <w:rPr>
          <w:b w:val="0"/>
          <w:sz w:val="20"/>
        </w:rPr>
        <w:t>- Founder 2: _____________________________________________________________</w:t>
      </w:r>
    </w:p>
    <w:p>
      <w:r>
        <w:rPr>
          <w:b w:val="0"/>
          <w:sz w:val="20"/>
        </w:rPr>
        <w:t>- Founder 3: _____________________________________________________________</w:t>
      </w:r>
    </w:p>
    <w:p>
      <w:r>
        <w:rPr>
          <w:b w:val="0"/>
          <w:sz w:val="20"/>
        </w:rPr>
        <w:t>Additional contributions shall require unanimous written consent of all Founders.</w:t>
      </w:r>
    </w:p>
    <w:p/>
    <w:p>
      <w:r>
        <w:rPr>
          <w:b/>
          <w:sz w:val="20"/>
        </w:rPr>
        <w:t>3. Ownership Interests</w:t>
      </w:r>
    </w:p>
    <w:p>
      <w:r>
        <w:rPr>
          <w:b w:val="0"/>
          <w:sz w:val="20"/>
        </w:rPr>
        <w:t>Ownership interests in the Company shall be allocated among the Founders as follows:</w:t>
      </w:r>
    </w:p>
    <w:p>
      <w:r>
        <w:rPr>
          <w:b w:val="0"/>
          <w:sz w:val="20"/>
        </w:rPr>
        <w:t>- Founder 1: ________________%</w:t>
      </w:r>
    </w:p>
    <w:p>
      <w:r>
        <w:rPr>
          <w:b w:val="0"/>
          <w:sz w:val="20"/>
        </w:rPr>
        <w:t>- Founder 2: ________________%</w:t>
      </w:r>
    </w:p>
    <w:p>
      <w:r>
        <w:rPr>
          <w:b w:val="0"/>
          <w:sz w:val="20"/>
        </w:rPr>
        <w:t>- Founder 3: ________________%</w:t>
      </w:r>
    </w:p>
    <w:p>
      <w:r>
        <w:rPr>
          <w:b w:val="0"/>
          <w:sz w:val="20"/>
        </w:rPr>
        <w:t>Ownership percentages shall reflect the respective capital contributions and agreed arrangements.</w:t>
      </w:r>
    </w:p>
    <w:p/>
    <w:p>
      <w:r>
        <w:rPr>
          <w:b/>
          <w:sz w:val="20"/>
        </w:rPr>
        <w:t>4. Management and Decision-Making</w:t>
      </w:r>
    </w:p>
    <w:p>
      <w:r>
        <w:rPr>
          <w:b w:val="0"/>
          <w:sz w:val="20"/>
        </w:rPr>
        <w:t>The Founders shall jointly manage the Company. All major decisions shall require unanimous consent of the Founders, including but not limited to:</w:t>
      </w:r>
    </w:p>
    <w:p>
      <w:r>
        <w:rPr>
          <w:b w:val="0"/>
          <w:sz w:val="20"/>
        </w:rPr>
        <w:t>- Admission of new Founders or investors</w:t>
      </w:r>
    </w:p>
    <w:p>
      <w:r>
        <w:rPr>
          <w:b w:val="0"/>
          <w:sz w:val="20"/>
        </w:rPr>
        <w:t>- Approval of budgets and expenditures exceeding agreed limits</w:t>
      </w:r>
    </w:p>
    <w:p>
      <w:r>
        <w:rPr>
          <w:b w:val="0"/>
          <w:sz w:val="20"/>
        </w:rPr>
        <w:t>- Any merger, acquisition, or sale of Company assets</w:t>
      </w:r>
    </w:p>
    <w:p>
      <w:r>
        <w:rPr>
          <w:b w:val="0"/>
          <w:sz w:val="20"/>
        </w:rPr>
        <w:t>- Amendment of this Agreement</w:t>
      </w:r>
    </w:p>
    <w:p/>
    <w:p>
      <w:r>
        <w:rPr>
          <w:b/>
          <w:sz w:val="20"/>
        </w:rPr>
        <w:t>5. Roles and Responsibilities</w:t>
      </w:r>
    </w:p>
    <w:p>
      <w:r>
        <w:rPr>
          <w:b w:val="0"/>
          <w:sz w:val="20"/>
        </w:rPr>
        <w:t>Each Founder shall perform the duties and responsibilities assigned as follows:</w:t>
      </w:r>
    </w:p>
    <w:p>
      <w:r>
        <w:rPr>
          <w:b w:val="0"/>
          <w:sz w:val="20"/>
        </w:rPr>
        <w:t>- Founder 1: _____________________________________________________________</w:t>
      </w:r>
    </w:p>
    <w:p>
      <w:r>
        <w:rPr>
          <w:b w:val="0"/>
          <w:sz w:val="20"/>
        </w:rPr>
        <w:t>- Founder 2: _____________________________________________________________</w:t>
      </w:r>
    </w:p>
    <w:p>
      <w:r>
        <w:rPr>
          <w:b w:val="0"/>
          <w:sz w:val="20"/>
        </w:rPr>
        <w:t>- Founder 3: _____________________________________________________________</w:t>
      </w:r>
    </w:p>
    <w:p>
      <w:r>
        <w:rPr>
          <w:b w:val="0"/>
          <w:sz w:val="20"/>
        </w:rPr>
        <w:t>The Founders agree to devote necessary time and effort to the Company’s success.</w:t>
      </w:r>
    </w:p>
    <w:p/>
    <w:p>
      <w:r>
        <w:rPr>
          <w:b/>
          <w:sz w:val="20"/>
        </w:rPr>
        <w:t>6. Intellectual Property</w:t>
      </w:r>
    </w:p>
    <w:p>
      <w:r>
        <w:rPr>
          <w:b w:val="0"/>
          <w:sz w:val="20"/>
        </w:rPr>
        <w:t>Any intellectual property developed by a Founder related to the Company’s business shall be the exclusive property of the Company. Each Founder hereby assigns and agrees to assign all rights, title, and interest in such intellectual property to the Company.</w:t>
      </w:r>
    </w:p>
    <w:p/>
    <w:p>
      <w:r>
        <w:rPr>
          <w:b/>
          <w:sz w:val="20"/>
        </w:rPr>
        <w:t>7. Confidentiality</w:t>
      </w:r>
    </w:p>
    <w:p>
      <w:r>
        <w:rPr>
          <w:b w:val="0"/>
          <w:sz w:val="20"/>
        </w:rPr>
        <w:t>Each Founder agrees to maintain in strict confidence all non-public information relating to the Company and its business, and shall not disclose such information to any third party without prior written consent of all Founders.</w:t>
      </w:r>
    </w:p>
    <w:p/>
    <w:p>
      <w:r>
        <w:rPr>
          <w:b/>
          <w:sz w:val="20"/>
        </w:rPr>
        <w:t>8. Restrictions on Transfer</w:t>
      </w:r>
    </w:p>
    <w:p>
      <w:r>
        <w:rPr>
          <w:b w:val="0"/>
          <w:sz w:val="20"/>
        </w:rPr>
        <w:t>No Founder may sell, assign, pledge, or otherwise transfer any interest in the Company without the prior written consent of all other Founders. Any attempted transfer in violation of this provision shall be null and void.</w:t>
      </w:r>
    </w:p>
    <w:p/>
    <w:p>
      <w:r>
        <w:rPr>
          <w:b/>
          <w:sz w:val="20"/>
        </w:rPr>
        <w:t>9. Vesting of Shares</w:t>
      </w:r>
    </w:p>
    <w:p>
      <w:r>
        <w:rPr>
          <w:b w:val="0"/>
          <w:sz w:val="20"/>
        </w:rPr>
        <w:t>The ownership interests of the Founders shall vest over a period of __ years according to the following schedule:</w:t>
      </w:r>
    </w:p>
    <w:p>
      <w:r>
        <w:rPr>
          <w:b w:val="0"/>
          <w:sz w:val="20"/>
        </w:rPr>
        <w:t>- Vesting commencement date: _______________________________________________</w:t>
      </w:r>
    </w:p>
    <w:p>
      <w:r>
        <w:rPr>
          <w:b w:val="0"/>
          <w:sz w:val="20"/>
        </w:rPr>
        <w:t>- Vesting cliff: ____________________________________________________________</w:t>
      </w:r>
    </w:p>
    <w:p>
      <w:r>
        <w:rPr>
          <w:b w:val="0"/>
          <w:sz w:val="20"/>
        </w:rPr>
        <w:t>- Vesting schedule: ________________________________________________________</w:t>
      </w:r>
    </w:p>
    <w:p/>
    <w:p>
      <w:r>
        <w:rPr>
          <w:b/>
          <w:sz w:val="20"/>
        </w:rPr>
        <w:t>10. Termination and Departure of a Founder</w:t>
      </w:r>
    </w:p>
    <w:p>
      <w:r>
        <w:rPr>
          <w:b w:val="0"/>
          <w:sz w:val="20"/>
        </w:rPr>
        <w:t>In the event a Founder ceases to be involved with the Company, voluntarily or involuntarily, the following provisions shall apply:</w:t>
      </w:r>
    </w:p>
    <w:p>
      <w:r>
        <w:rPr>
          <w:b w:val="0"/>
          <w:sz w:val="20"/>
        </w:rPr>
        <w:t>- The departing Founder shall offer their ownership interest to the remaining Founders on a right of first refusal basis.</w:t>
      </w:r>
    </w:p>
    <w:p>
      <w:r>
        <w:rPr>
          <w:b w:val="0"/>
          <w:sz w:val="20"/>
        </w:rPr>
        <w:t>- The purchase price shall be determined by mutual agreement or by an independent appraiser if necessary.</w:t>
      </w:r>
    </w:p>
    <w:p>
      <w:r>
        <w:rPr>
          <w:b w:val="0"/>
          <w:sz w:val="20"/>
        </w:rPr>
        <w:t>- The departing Founder shall comply with any applicable non-compete and non-solicitation provisions as set forth herein.</w:t>
      </w:r>
    </w:p>
    <w:p/>
    <w:p>
      <w:r>
        <w:rPr>
          <w:b/>
          <w:sz w:val="20"/>
        </w:rPr>
        <w:t>11. Dispute Resolution</w:t>
      </w:r>
    </w:p>
    <w:p>
      <w:r>
        <w:rPr>
          <w:b w:val="0"/>
          <w:sz w:val="20"/>
        </w:rPr>
        <w:t>Any dispute arising out of or relating to this Agreement shall be resolved by binding arbitration in accordance with the rules of the American Arbitration Association. The place of arbitration shall be _______________. Judgment upon the award rendered by the arbitrator(s) may be entered in any court having jurisdiction.</w:t>
      </w:r>
    </w:p>
    <w:p/>
    <w:p>
      <w:r>
        <w:rPr>
          <w:b/>
          <w:sz w:val="20"/>
        </w:rPr>
        <w:t>12. Governing Law</w:t>
      </w:r>
    </w:p>
    <w:p>
      <w:r>
        <w:rPr>
          <w:b w:val="0"/>
          <w:sz w:val="20"/>
        </w:rPr>
        <w:t>This Agreement shall be governed by and construed in accordance with the laws of the State of _______________, without regard to its conflicts of law principles.</w:t>
      </w:r>
    </w:p>
    <w:p/>
    <w:p>
      <w:r>
        <w:rPr>
          <w:b/>
          <w:sz w:val="20"/>
        </w:rPr>
        <w:t>13. Miscellaneous</w:t>
      </w:r>
    </w:p>
    <w:p>
      <w:r>
        <w:rPr>
          <w:b w:val="0"/>
          <w:sz w:val="20"/>
        </w:rPr>
        <w:t>- Entire Agreement: This Agreement constitutes the entire understanding among the Founders with respect to the subject matter hereof and supersedes all prior agreements or understandings.</w:t>
      </w:r>
    </w:p>
    <w:p>
      <w:r>
        <w:rPr>
          <w:b w:val="0"/>
          <w:sz w:val="20"/>
        </w:rPr>
        <w:t>- Amendments: Any amendment or modification of this Agreement must be in writing and signed by all Founders.</w:t>
      </w:r>
    </w:p>
    <w:p>
      <w:r>
        <w:rPr>
          <w:b w:val="0"/>
          <w:sz w:val="20"/>
        </w:rPr>
        <w:t>- Severability: If any provision of this Agreement is held invalid or unenforceable, the remaining provisions shall remain in full force and effect.</w:t>
      </w:r>
    </w:p>
    <w:p>
      <w:r>
        <w:rPr>
          <w:b w:val="0"/>
          <w:sz w:val="20"/>
        </w:rPr>
        <w:t>- Waiver: No waiver of any breach or default shall be deemed a waiver of any subsequent breach.</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FOUNDER 1</w:t>
            </w:r>
          </w:p>
        </w:tc>
        <w:tc>
          <w:tcPr>
            <w:tcW w:type="dxa" w:w="4986"/>
            <w:tcBorders>
              <w:top w:val="nil"/>
              <w:left w:val="nil"/>
              <w:bottom w:val="nil"/>
              <w:right w:val="nil"/>
              <w:insideH w:val="nil"/>
              <w:insideV w:val="nil"/>
            </w:tcBorders>
          </w:tcPr>
          <w:p>
            <w:pPr>
              <w:jc w:val="center"/>
            </w:pPr>
            <w:r>
              <w:t>FOUNDER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https://docs-business.com/founders-agreement-template/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founders-agreemen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