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CORPORATE RECORD BOOK</w:t>
      </w:r>
    </w:p>
    <w:p/>
    <w:p/>
    <w:p>
      <w:r>
        <w:rPr>
          <w:b w:val="0"/>
          <w:sz w:val="20"/>
        </w:rPr>
        <w:t>This Corporate Record Book is maintained in accordance with the laws of the United States of America and the governing documents of the corporation. It contains the official records, minutes, resolutions, and other documents required to evidence the corporate acts, decisions, and transactions of the corporation.</w:t>
      </w:r>
    </w:p>
    <w:p/>
    <w:p/>
    <w:p>
      <w:r>
        <w:rPr>
          <w:b/>
          <w:sz w:val="22"/>
        </w:rPr>
        <w:t>1. CORPORATE INFORMATION</w:t>
      </w:r>
    </w:p>
    <w:p>
      <w:r>
        <w:rPr>
          <w:b w:val="0"/>
          <w:sz w:val="20"/>
        </w:rPr>
        <w:t>Corporate Name: ________________________________________________________</w:t>
      </w:r>
    </w:p>
    <w:p>
      <w:r>
        <w:rPr>
          <w:b w:val="0"/>
          <w:sz w:val="20"/>
        </w:rPr>
        <w:t>State of Incorporation: _________________________________________________</w:t>
      </w:r>
    </w:p>
    <w:p>
      <w:r>
        <w:rPr>
          <w:b w:val="0"/>
          <w:sz w:val="20"/>
        </w:rPr>
        <w:t>Date of Incorporation: __________________________________________________</w:t>
      </w:r>
    </w:p>
    <w:p>
      <w:r>
        <w:rPr>
          <w:b w:val="0"/>
          <w:sz w:val="20"/>
        </w:rPr>
        <w:t>Registered Office Address: ______________________________________________</w:t>
      </w:r>
    </w:p>
    <w:p>
      <w:r>
        <w:rPr>
          <w:b w:val="0"/>
          <w:sz w:val="20"/>
        </w:rPr>
        <w:t>Principal Business Address: _____________________________________________</w:t>
      </w:r>
    </w:p>
    <w:p>
      <w:r>
        <w:rPr>
          <w:b w:val="0"/>
          <w:sz w:val="20"/>
        </w:rPr>
        <w:t>Registered Agent: ______________________________________________________</w:t>
      </w:r>
    </w:p>
    <w:p/>
    <w:p/>
    <w:p>
      <w:r>
        <w:rPr>
          <w:b/>
          <w:sz w:val="22"/>
        </w:rPr>
        <w:t>2. ORGANIZATIONAL DOCUMENTS</w:t>
      </w:r>
    </w:p>
    <w:p>
      <w:r>
        <w:rPr>
          <w:b w:val="0"/>
          <w:sz w:val="20"/>
        </w:rPr>
        <w:t>The following documents are included and maintained within this Record Book:</w:t>
      </w:r>
    </w:p>
    <w:p>
      <w:r>
        <w:rPr>
          <w:b w:val="0"/>
          <w:sz w:val="20"/>
        </w:rPr>
        <w:t>- Articles of Incorporation / Certificate of Incorporation</w:t>
      </w:r>
    </w:p>
    <w:p>
      <w:r>
        <w:rPr>
          <w:b w:val="0"/>
          <w:sz w:val="20"/>
        </w:rPr>
        <w:t>- Bylaws of the Corporation</w:t>
      </w:r>
    </w:p>
    <w:p>
      <w:r>
        <w:rPr>
          <w:b w:val="0"/>
          <w:sz w:val="20"/>
        </w:rPr>
        <w:t>- Organizational Meeting Minutes</w:t>
      </w:r>
    </w:p>
    <w:p>
      <w:r>
        <w:rPr>
          <w:b w:val="0"/>
          <w:sz w:val="20"/>
        </w:rPr>
        <w:t>- Stock Ledger and Stock Certificates</w:t>
      </w:r>
    </w:p>
    <w:p>
      <w:r>
        <w:rPr>
          <w:b w:val="0"/>
          <w:sz w:val="20"/>
        </w:rPr>
        <w:t>- Amendments to Articles or Bylaws</w:t>
      </w:r>
    </w:p>
    <w:p/>
    <w:p/>
    <w:p>
      <w:r>
        <w:rPr>
          <w:b/>
          <w:sz w:val="22"/>
        </w:rPr>
        <w:t>3. STOCK LEDGER</w:t>
      </w:r>
    </w:p>
    <w:p>
      <w:r>
        <w:rPr>
          <w:b w:val="0"/>
          <w:sz w:val="20"/>
        </w:rPr>
        <w:t>Shareholder Name                         Number of Shares                Certificate Number</w:t>
      </w:r>
    </w:p>
    <w:p>
      <w:r>
        <w:rPr>
          <w:b w:val="0"/>
          <w:sz w:val="20"/>
        </w:rPr>
        <w:t>___________________________________________________________________________________________</w:t>
      </w:r>
    </w:p>
    <w:p>
      <w:r>
        <w:rPr>
          <w:b w:val="0"/>
          <w:sz w:val="20"/>
        </w:rPr>
        <w:t>___________________________________________________________________________________________</w:t>
      </w:r>
    </w:p>
    <w:p>
      <w:r>
        <w:rPr>
          <w:b w:val="0"/>
          <w:sz w:val="20"/>
        </w:rPr>
        <w:t>___________________________________________________________________________________________</w:t>
      </w:r>
    </w:p>
    <w:p>
      <w:r>
        <w:rPr>
          <w:b w:val="0"/>
          <w:sz w:val="20"/>
        </w:rPr>
        <w:t>___________________________________________________________________________________________</w:t>
      </w:r>
    </w:p>
    <w:p>
      <w:r>
        <w:rPr>
          <w:b w:val="0"/>
          <w:sz w:val="20"/>
        </w:rPr>
        <w:t>___________________________________________________________________________________________</w:t>
      </w:r>
    </w:p>
    <w:p/>
    <w:p/>
    <w:p>
      <w:r>
        <w:rPr>
          <w:b/>
          <w:sz w:val="22"/>
        </w:rPr>
        <w:t>4. MINUTES OF MEETINGS</w:t>
      </w:r>
    </w:p>
    <w:p>
      <w:r>
        <w:rPr>
          <w:b w:val="0"/>
          <w:sz w:val="20"/>
        </w:rPr>
        <w:t>All minutes of meetings of the Board of Directors and Shareholders shall be recorded herein. Each meeting entry must include date, time, place, attendees, motions, resolutions, and votes taken.</w:t>
      </w:r>
    </w:p>
    <w:p/>
    <w:p>
      <w:r>
        <w:rPr>
          <w:b w:val="0"/>
          <w:sz w:val="20"/>
        </w:rPr>
        <w:t>Date: ____________________________</w:t>
      </w:r>
    </w:p>
    <w:p>
      <w:r>
        <w:rPr>
          <w:b w:val="0"/>
          <w:sz w:val="20"/>
        </w:rPr>
        <w:t>Type of Meeting: ___________________________________________________</w:t>
      </w:r>
    </w:p>
    <w:p>
      <w:r>
        <w:rPr>
          <w:b w:val="0"/>
          <w:sz w:val="20"/>
        </w:rPr>
        <w:t>Location: __________________________________________________________</w:t>
      </w:r>
    </w:p>
    <w:p>
      <w:r>
        <w:rPr>
          <w:b w:val="0"/>
          <w:sz w:val="20"/>
        </w:rPr>
        <w:t>Presiding Officer: _________________________________________________</w:t>
      </w:r>
    </w:p>
    <w:p>
      <w:r>
        <w:rPr>
          <w:b w:val="0"/>
          <w:sz w:val="20"/>
        </w:rPr>
        <w:t>Attendees: _________________________________________________________</w:t>
      </w:r>
    </w:p>
    <w:p>
      <w:r>
        <w:rPr>
          <w:b w:val="0"/>
          <w:sz w:val="20"/>
        </w:rPr>
        <w:t>Summary of Proceedings:</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p/>
    <w:p>
      <w:r>
        <w:rPr>
          <w:b/>
          <w:sz w:val="22"/>
        </w:rPr>
        <w:t>5. CORPORATE RESOLUTIONS</w:t>
      </w:r>
    </w:p>
    <w:p>
      <w:r>
        <w:rPr>
          <w:b w:val="0"/>
          <w:sz w:val="20"/>
        </w:rPr>
        <w:t>All corporate resolutions adopted by the Board of Directors or Shareholders shall be recorded below.</w:t>
      </w:r>
    </w:p>
    <w:p/>
    <w:p>
      <w:r>
        <w:rPr>
          <w:b w:val="0"/>
          <w:sz w:val="20"/>
        </w:rPr>
        <w:t>Date: ____________________________</w:t>
      </w:r>
    </w:p>
    <w:p>
      <w:r>
        <w:rPr>
          <w:b w:val="0"/>
          <w:sz w:val="20"/>
        </w:rPr>
        <w:t>Resolution Number: __________________</w:t>
      </w:r>
    </w:p>
    <w:p>
      <w:r>
        <w:rPr>
          <w:b w:val="0"/>
          <w:sz w:val="20"/>
        </w:rPr>
        <w:t>Subject: __________________________________________________________</w:t>
      </w:r>
    </w:p>
    <w:p>
      <w:r>
        <w:rPr>
          <w:b w:val="0"/>
          <w:sz w:val="20"/>
        </w:rPr>
        <w:t>Resolution Text:</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p/>
    <w:p>
      <w:r>
        <w:rPr>
          <w:b/>
          <w:sz w:val="22"/>
        </w:rPr>
        <w:t>6. OFFICERS AND DIRECTORS</w:t>
      </w:r>
    </w:p>
    <w:p>
      <w:r>
        <w:rPr>
          <w:b w:val="0"/>
          <w:sz w:val="20"/>
        </w:rPr>
        <w:t>List of current officers and directors of the corporation:</w:t>
      </w:r>
    </w:p>
    <w:p>
      <w:r>
        <w:rPr>
          <w:b w:val="0"/>
          <w:sz w:val="20"/>
        </w:rPr>
        <w:t>Name                          Title                          Address                           Term Expiration</w:t>
      </w:r>
    </w:p>
    <w:p>
      <w:r>
        <w:rPr>
          <w:b w:val="0"/>
          <w:sz w:val="20"/>
        </w:rPr>
        <w:t>_______________________________________________________________________________________________</w:t>
      </w:r>
    </w:p>
    <w:p>
      <w:r>
        <w:rPr>
          <w:b w:val="0"/>
          <w:sz w:val="20"/>
        </w:rPr>
        <w:t>_______________________________________________________________________________________________</w:t>
      </w:r>
    </w:p>
    <w:p>
      <w:r>
        <w:rPr>
          <w:b w:val="0"/>
          <w:sz w:val="20"/>
        </w:rPr>
        <w:t>_______________________________________________________________________________________________</w:t>
      </w:r>
    </w:p>
    <w:p>
      <w:r>
        <w:rPr>
          <w:b w:val="0"/>
          <w:sz w:val="20"/>
        </w:rPr>
        <w:t>_______________________________________________________________________________________________</w:t>
      </w:r>
    </w:p>
    <w:p>
      <w:r>
        <w:rPr>
          <w:b w:val="0"/>
          <w:sz w:val="20"/>
        </w:rPr>
        <w:t>_______________________________________________________________________________________________</w:t>
      </w:r>
    </w:p>
    <w:p/>
    <w:p/>
    <w:p>
      <w:r>
        <w:rPr>
          <w:b/>
          <w:sz w:val="22"/>
        </w:rPr>
        <w:t>7. STOCK CERTIFICATES</w:t>
      </w:r>
    </w:p>
    <w:p>
      <w:r>
        <w:rPr>
          <w:b w:val="0"/>
          <w:sz w:val="20"/>
        </w:rPr>
        <w:t>Details of stock certificates issued by the corporation:</w:t>
      </w:r>
    </w:p>
    <w:p>
      <w:r>
        <w:rPr>
          <w:b w:val="0"/>
          <w:sz w:val="20"/>
        </w:rPr>
        <w:t>Certificate Number           Shareholder Name              Number of Shares               Date Issued</w:t>
      </w:r>
    </w:p>
    <w:p>
      <w:r>
        <w:rPr>
          <w:b w:val="0"/>
          <w:sz w:val="20"/>
        </w:rPr>
        <w:t>_______________________________________________________________________________________________</w:t>
      </w:r>
    </w:p>
    <w:p>
      <w:r>
        <w:rPr>
          <w:b w:val="0"/>
          <w:sz w:val="20"/>
        </w:rPr>
        <w:t>_______________________________________________________________________________________________</w:t>
      </w:r>
    </w:p>
    <w:p>
      <w:r>
        <w:rPr>
          <w:b w:val="0"/>
          <w:sz w:val="20"/>
        </w:rPr>
        <w:t>_______________________________________________________________________________________________</w:t>
      </w:r>
    </w:p>
    <w:p>
      <w:r>
        <w:rPr>
          <w:b w:val="0"/>
          <w:sz w:val="20"/>
        </w:rPr>
        <w:t>_______________________________________________________________________________________________</w:t>
      </w:r>
    </w:p>
    <w:p>
      <w:r>
        <w:rPr>
          <w:b w:val="0"/>
          <w:sz w:val="20"/>
        </w:rPr>
        <w:t>_______________________________________________________________________________________________</w:t>
      </w:r>
    </w:p>
    <w:p/>
    <w:p/>
    <w:p>
      <w:r>
        <w:rPr>
          <w:b/>
          <w:sz w:val="22"/>
        </w:rPr>
        <w:t>8. CORPORATE SEAL</w:t>
      </w:r>
    </w:p>
    <w:p>
      <w:r>
        <w:rPr>
          <w:b w:val="0"/>
          <w:sz w:val="20"/>
        </w:rPr>
        <w:t>Description or imprint of the corporate seal, if applicable:</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p/>
    <w:p>
      <w:r>
        <w:rPr>
          <w:b/>
          <w:sz w:val="22"/>
        </w:rPr>
        <w:t>9. AMENDMENTS AND CHANGES</w:t>
      </w:r>
    </w:p>
    <w:p>
      <w:r>
        <w:rPr>
          <w:b w:val="0"/>
          <w:sz w:val="20"/>
        </w:rPr>
        <w:t>Record of amendments to the Articles of Incorporation, Bylaws, or other foundational documents:</w:t>
      </w:r>
    </w:p>
    <w:p>
      <w:r>
        <w:rPr>
          <w:b w:val="0"/>
          <w:sz w:val="20"/>
        </w:rPr>
        <w:t>Date: ____________________________</w:t>
      </w:r>
    </w:p>
    <w:p>
      <w:r>
        <w:rPr>
          <w:b w:val="0"/>
          <w:sz w:val="20"/>
        </w:rPr>
        <w:t>Type of Amendment: ____________________________________________</w:t>
      </w:r>
    </w:p>
    <w:p>
      <w:r>
        <w:rPr>
          <w:b w:val="0"/>
          <w:sz w:val="20"/>
        </w:rPr>
        <w:t>Description:</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p/>
    <w:p>
      <w:r>
        <w:rPr>
          <w:b/>
          <w:sz w:val="22"/>
        </w:rPr>
        <w:t>10. IMPORTANT CORPORATE CORRESPONDENCE AND DOCUMENTS</w:t>
      </w:r>
    </w:p>
    <w:p>
      <w:r>
        <w:rPr>
          <w:b w:val="0"/>
          <w:sz w:val="20"/>
        </w:rPr>
        <w:t>Copies of significant correspondence, contracts, filings, notices, and other corporate documents shall be maintained herein.</w:t>
      </w:r>
    </w:p>
    <w:p>
      <w:r>
        <w:rPr>
          <w:b w:val="0"/>
          <w:sz w:val="20"/>
        </w:rPr>
        <w:t>Document Description: ___________________________________________</w:t>
      </w:r>
    </w:p>
    <w:p>
      <w:r>
        <w:rPr>
          <w:b w:val="0"/>
          <w:sz w:val="20"/>
        </w:rPr>
        <w:t>Date: ____________________________</w:t>
      </w:r>
    </w:p>
    <w:p>
      <w:r>
        <w:rPr>
          <w:b w:val="0"/>
          <w:sz w:val="20"/>
        </w:rPr>
        <w:t>Notes:</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p/>
    <w:p>
      <w:r>
        <w:rPr>
          <w:b/>
          <w:sz w:val="22"/>
        </w:rPr>
        <w:t>11. ACKNOWLEDGMENT AND CERTIFICATION</w:t>
      </w:r>
    </w:p>
    <w:p>
      <w:r>
        <w:rPr>
          <w:b w:val="0"/>
          <w:sz w:val="20"/>
        </w:rPr>
        <w:t>I hereby certify that this Corporate Record Book is complete and contains the official records of the corporation to the best of my knowledge and belief.</w:t>
      </w:r>
    </w:p>
    <w:p/>
    <w:p/>
    <w:p/>
    <w:p>
      <w:r>
        <w:rPr>
          <w:b w:val="0"/>
          <w:sz w:val="20"/>
        </w:rPr>
        <w:t>__________________________________________</w:t>
      </w:r>
    </w:p>
    <w:p>
      <w:r>
        <w:rPr>
          <w:b w:val="0"/>
          <w:sz w:val="20"/>
        </w:rPr>
        <w:t>Signature of Corporate Officer</w:t>
      </w:r>
    </w:p>
    <w:p>
      <w:r>
        <w:rPr>
          <w:b w:val="0"/>
          <w:sz w:val="20"/>
        </w:rPr>
        <w:t>Title: ____________________________________</w:t>
      </w:r>
    </w:p>
    <w:p>
      <w:r>
        <w:rPr>
          <w:b w:val="0"/>
          <w:sz w:val="20"/>
        </w:rPr>
        <w:t>Date: 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CORPORATE OFFICER</w:t>
            </w:r>
          </w:p>
        </w:tc>
        <w:tc>
          <w:tcPr>
            <w:tcW w:type="dxa" w:w="4986"/>
            <w:tcBorders>
              <w:top w:val="nil"/>
              <w:left w:val="nil"/>
              <w:bottom w:val="nil"/>
              <w:right w:val="nil"/>
              <w:insideH w:val="nil"/>
              <w:insideV w:val="nil"/>
            </w:tcBorders>
          </w:tcPr>
          <w:p>
            <w:pPr>
              <w:jc w:val="center"/>
            </w:pPr>
            <w:r>
              <w:t>SECRETARY</w:t>
            </w:r>
          </w:p>
        </w:tc>
      </w:tr>
      <w:tr>
        <w:tc>
          <w:tcPr>
            <w:tcW w:type="dxa" w:w="4986"/>
            <w:tcBorders>
              <w:top w:val="nil"/>
              <w:left w:val="nil"/>
              <w:bottom w:val="nil"/>
              <w:right w:val="nil"/>
              <w:insideH w:val="nil"/>
              <w:insideV w:val="nil"/>
            </w:tcBorders>
          </w:tcPr>
          <w:p>
            <w:pPr>
              <w:jc w:val="center"/>
            </w:pPr>
            <w:r>
              <w:br/>
              <w:br/>
              <w:t>Signature: _____________________________</w:t>
            </w:r>
          </w:p>
        </w:tc>
        <w:tc>
          <w:tcPr>
            <w:tcW w:type="dxa" w:w="4986"/>
            <w:tcBorders>
              <w:top w:val="nil"/>
              <w:left w:val="nil"/>
              <w:bottom w:val="nil"/>
              <w:right w:val="nil"/>
              <w:insideH w:val="nil"/>
              <w:insideV w:val="nil"/>
            </w:tcBorders>
          </w:tcPr>
          <w:p>
            <w:pPr>
              <w:jc w:val="center"/>
            </w:pPr>
            <w:r>
              <w:br/>
              <w:br/>
              <w:t>Signature: _____________________________</w:t>
            </w:r>
          </w:p>
        </w:tc>
      </w:tr>
      <w:tr>
        <w:tc>
          <w:tcPr>
            <w:tcW w:type="dxa" w:w="4986"/>
            <w:tcBorders>
              <w:top w:val="nil"/>
              <w:left w:val="nil"/>
              <w:bottom w:val="nil"/>
              <w:right w:val="nil"/>
              <w:insideH w:val="nil"/>
              <w:insideV w:val="nil"/>
            </w:tcBorders>
          </w:tcPr>
          <w:p>
            <w:pPr>
              <w:jc w:val="center"/>
            </w:pPr>
            <w:r>
              <w:t>Name: _________________________________</w:t>
            </w:r>
          </w:p>
        </w:tc>
        <w:tc>
          <w:tcPr>
            <w:tcW w:type="dxa" w:w="4986"/>
            <w:tcBorders>
              <w:top w:val="nil"/>
              <w:left w:val="nil"/>
              <w:bottom w:val="nil"/>
              <w:right w:val="nil"/>
              <w:insideH w:val="nil"/>
              <w:insideV w:val="nil"/>
            </w:tcBorders>
          </w:tcPr>
          <w:p>
            <w:pPr>
              <w:jc w:val="center"/>
            </w:pPr>
            <w:r>
              <w:t>Name: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https://docs-business.com/corporate-record-book-template/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corporate-record-book-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