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BRAND BRIEF TEMPLATE</w:t>
      </w:r>
    </w:p>
    <w:p/>
    <w:p/>
    <w:p>
      <w:r>
        <w:rPr>
          <w:b/>
          <w:sz w:val="20"/>
        </w:rPr>
        <w:t>Company Information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Website: _________________________________________________________________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Brand Overview</w:t>
      </w:r>
    </w:p>
    <w:p>
      <w:r>
        <w:rPr>
          <w:b w:val="0"/>
          <w:sz w:val="20"/>
        </w:rPr>
        <w:t>Brand Name: ______________________________________________________________</w:t>
      </w:r>
    </w:p>
    <w:p>
      <w:r>
        <w:rPr>
          <w:b w:val="0"/>
          <w:sz w:val="20"/>
        </w:rPr>
        <w:t>Brand Tagline/Slogan: _____________________________________________________</w:t>
      </w:r>
    </w:p>
    <w:p>
      <w:r>
        <w:rPr>
          <w:b w:val="0"/>
          <w:sz w:val="20"/>
        </w:rPr>
        <w:t>Brand Mission Statement: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Brand Values</w:t>
      </w:r>
    </w:p>
    <w:p>
      <w:r>
        <w:rPr>
          <w:b w:val="0"/>
          <w:sz w:val="20"/>
        </w:rPr>
        <w:t>List and describe the core values that define the brand:</w:t>
      </w:r>
    </w:p>
    <w:p>
      <w:r>
        <w:rPr>
          <w:b w:val="0"/>
          <w:sz w:val="20"/>
        </w:rPr>
        <w:t>1. 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</w:t>
      </w:r>
    </w:p>
    <w:p/>
    <w:p>
      <w:r>
        <w:rPr>
          <w:b/>
          <w:sz w:val="20"/>
        </w:rPr>
        <w:t>Target Audience</w:t>
      </w:r>
    </w:p>
    <w:p>
      <w:r>
        <w:rPr>
          <w:b w:val="0"/>
          <w:sz w:val="20"/>
        </w:rPr>
        <w:t>Describe the key demographics, psychographics, and behavioral characteristics of the brand’s target customers: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Market Positioning</w:t>
      </w:r>
    </w:p>
    <w:p>
      <w:r>
        <w:rPr>
          <w:b w:val="0"/>
          <w:sz w:val="20"/>
        </w:rPr>
        <w:t>Describe how the brand is positioned in the market relative to competitors: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Brand Personality</w:t>
      </w:r>
    </w:p>
    <w:p>
      <w:r>
        <w:rPr>
          <w:b w:val="0"/>
          <w:sz w:val="20"/>
        </w:rPr>
        <w:t>Describe the human characteristics associated with the brand (e.g., friendly, innovative, professional):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Brand Voice and Tone</w:t>
      </w:r>
    </w:p>
    <w:p>
      <w:r>
        <w:rPr>
          <w:b w:val="0"/>
          <w:sz w:val="20"/>
        </w:rPr>
        <w:t>Define the style and manner in which the brand communicates: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Visual Identity</w:t>
      </w:r>
    </w:p>
    <w:p>
      <w:r>
        <w:rPr>
          <w:b w:val="0"/>
          <w:sz w:val="20"/>
        </w:rPr>
        <w:t>Describe the visual elements that represent the brand, including logo, color palette, typography, and imagery:</w:t>
      </w:r>
    </w:p>
    <w:p>
      <w:r>
        <w:rPr>
          <w:b w:val="0"/>
          <w:sz w:val="20"/>
        </w:rPr>
        <w:t>Logo Usage Guidelines: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Color Palette: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Typography: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Imagery Style: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Competitive Analysis</w:t>
      </w:r>
    </w:p>
    <w:p>
      <w:r>
        <w:rPr>
          <w:b w:val="0"/>
          <w:sz w:val="20"/>
        </w:rPr>
        <w:t>List main competitors and summarize their strengths and weaknesses relative to the brand:</w:t>
      </w:r>
    </w:p>
    <w:p>
      <w:r>
        <w:rPr>
          <w:b w:val="0"/>
          <w:sz w:val="20"/>
        </w:rPr>
        <w:t>Competitor 1: ______________________________________________________________</w:t>
      </w:r>
    </w:p>
    <w:p>
      <w:r>
        <w:rPr>
          <w:b w:val="0"/>
          <w:sz w:val="20"/>
        </w:rPr>
        <w:t>Strengths: ________________________________________________________________</w:t>
      </w:r>
    </w:p>
    <w:p>
      <w:r>
        <w:rPr>
          <w:b w:val="0"/>
          <w:sz w:val="20"/>
        </w:rPr>
        <w:t>Weaknesses: _______________________________________________________________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Competitor 2: ______________________________________________________________</w:t>
      </w:r>
    </w:p>
    <w:p>
      <w:r>
        <w:rPr>
          <w:b w:val="0"/>
          <w:sz w:val="20"/>
        </w:rPr>
        <w:t>Strengths: ________________________________________________________________</w:t>
      </w:r>
    </w:p>
    <w:p>
      <w:r>
        <w:rPr>
          <w:b w:val="0"/>
          <w:sz w:val="20"/>
        </w:rPr>
        <w:t>Weaknesses: _______________________________________________________________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Competitor 3: ______________________________________________________________</w:t>
      </w:r>
    </w:p>
    <w:p>
      <w:r>
        <w:rPr>
          <w:b w:val="0"/>
          <w:sz w:val="20"/>
        </w:rPr>
        <w:t>Strengths: ________________________________________________________________</w:t>
      </w:r>
    </w:p>
    <w:p>
      <w:r>
        <w:rPr>
          <w:b w:val="0"/>
          <w:sz w:val="20"/>
        </w:rPr>
        <w:t>Weaknesses: _______________________________________________________________</w:t>
      </w:r>
    </w:p>
    <w:p/>
    <w:p>
      <w:r>
        <w:rPr>
          <w:b/>
          <w:sz w:val="20"/>
        </w:rPr>
        <w:t>Goals and Objectives</w:t>
      </w:r>
    </w:p>
    <w:p>
      <w:r>
        <w:rPr>
          <w:b w:val="0"/>
          <w:sz w:val="20"/>
        </w:rPr>
        <w:t>Define the primary goals for the brand and specific objectives to measure success:</w:t>
      </w:r>
    </w:p>
    <w:p>
      <w:r>
        <w:rPr>
          <w:b w:val="0"/>
          <w:sz w:val="20"/>
        </w:rPr>
        <w:t>Goal 1: _________________________________________________________________</w:t>
      </w:r>
    </w:p>
    <w:p>
      <w:r>
        <w:rPr>
          <w:b w:val="0"/>
          <w:sz w:val="20"/>
        </w:rPr>
        <w:t>Objective(s): 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Goal 2: _________________________________________________________________</w:t>
      </w:r>
    </w:p>
    <w:p>
      <w:r>
        <w:rPr>
          <w:b w:val="0"/>
          <w:sz w:val="20"/>
        </w:rPr>
        <w:t>Objective(s): 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Goal 3: _________________________________________________________________</w:t>
      </w:r>
    </w:p>
    <w:p>
      <w:r>
        <w:rPr>
          <w:b w:val="0"/>
          <w:sz w:val="20"/>
        </w:rPr>
        <w:t>Objective(s): ___________________________________________________________</w:t>
      </w:r>
    </w:p>
    <w:p/>
    <w:p>
      <w:r>
        <w:rPr>
          <w:b/>
          <w:sz w:val="20"/>
        </w:rPr>
        <w:t>Deliverables and Timeline</w:t>
      </w:r>
    </w:p>
    <w:p>
      <w:r>
        <w:rPr>
          <w:b w:val="0"/>
          <w:sz w:val="20"/>
        </w:rPr>
        <w:t>List key deliverables and any relevant milestones with expected completion dates:</w:t>
      </w:r>
    </w:p>
    <w:p>
      <w:r>
        <w:rPr>
          <w:b w:val="0"/>
          <w:sz w:val="20"/>
        </w:rPr>
        <w:t>Deliverable 1: ___________________________________________________________</w:t>
      </w:r>
    </w:p>
    <w:p>
      <w:r>
        <w:rPr>
          <w:b w:val="0"/>
          <w:sz w:val="20"/>
        </w:rPr>
        <w:t>Expected Completion: 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Deliverable 2: ___________________________________________________________</w:t>
      </w:r>
    </w:p>
    <w:p>
      <w:r>
        <w:rPr>
          <w:b w:val="0"/>
          <w:sz w:val="20"/>
        </w:rPr>
        <w:t>Expected Completion: 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Deliverable 3: ___________________________________________________________</w:t>
      </w:r>
    </w:p>
    <w:p>
      <w:r>
        <w:rPr>
          <w:b w:val="0"/>
          <w:sz w:val="20"/>
        </w:rPr>
        <w:t>Expected Completion: _____________________________________________________</w:t>
      </w:r>
    </w:p>
    <w:p/>
    <w:p>
      <w:r>
        <w:rPr>
          <w:b/>
          <w:sz w:val="20"/>
        </w:rPr>
        <w:t>Legal and Compliance Requirements</w:t>
      </w:r>
    </w:p>
    <w:p>
      <w:r>
        <w:rPr>
          <w:b w:val="0"/>
          <w:sz w:val="20"/>
        </w:rPr>
        <w:t>Specify any legal requirements, trademarks, copyrights, or regulatory compliance relevant to the brand: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Approval and Acceptance</w:t>
      </w:r>
    </w:p>
    <w:p>
      <w:r>
        <w:rPr>
          <w:b w:val="0"/>
          <w:sz w:val="20"/>
        </w:rPr>
        <w:t>By signing below, the parties acknowledge and agree that this Brand Brief Template accurately reflects the understanding and intentions regarding the brand as set forth herein. This document shall serve as a binding guide for brand development and related activities.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https://docs-business.com/brand-brief-template/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brand-brief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