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BOARD OF DIRECTORS RESOLUTION</w:t>
      </w:r>
    </w:p>
    <w:p/>
    <w:p/>
    <w:p>
      <w:r>
        <w:rPr>
          <w:b/>
          <w:sz w:val="20"/>
        </w:rPr>
        <w:t>WHEREAS, the undersigned, being all the members of the Board of Directors (the “Board”) of</w:t>
      </w:r>
    </w:p>
    <w:p>
      <w:r>
        <w:rPr>
          <w:b w:val="0"/>
          <w:sz w:val="20"/>
        </w:rPr>
        <w:t>__________________________________________________________, a corporation organized and existing under the laws of the State of ________________, do hereby take the following actions by unanimous written consent in lieu of a meeting pursuant to the Bylaws of the Corporation and applicable law;</w:t>
      </w:r>
    </w:p>
    <w:p/>
    <w:p/>
    <w:p>
      <w:r>
        <w:rPr>
          <w:b/>
          <w:sz w:val="22"/>
        </w:rPr>
        <w:t>RECITALS</w:t>
      </w:r>
    </w:p>
    <w:p>
      <w:r>
        <w:rPr>
          <w:b w:val="0"/>
          <w:sz w:val="20"/>
        </w:rPr>
        <w:t>WHEREAS, the Board has reviewed the matter described below;</w:t>
      </w:r>
    </w:p>
    <w:p>
      <w:r>
        <w:rPr>
          <w:b w:val="0"/>
          <w:sz w:val="20"/>
        </w:rPr>
        <w:t>WHEREAS, the Board deems it advisable and in the best interests of the Corporation to take the actions set forth herein;</w:t>
      </w:r>
    </w:p>
    <w:p/>
    <w:p>
      <w:r>
        <w:rPr>
          <w:b/>
          <w:sz w:val="22"/>
        </w:rPr>
        <w:t>RESOLUTIONS</w:t>
      </w:r>
    </w:p>
    <w:p>
      <w:r>
        <w:rPr>
          <w:b/>
          <w:sz w:val="20"/>
        </w:rPr>
        <w:t>NOW, THEREFORE, BE IT RESOLVED THAT:</w:t>
      </w:r>
    </w:p>
    <w:p>
      <w:r>
        <w:rPr>
          <w:b w:val="0"/>
          <w:sz w:val="20"/>
        </w:rPr>
        <w:t>1. The following action(s) are hereby authorized, approved, and adopted:</w:t>
      </w:r>
    </w:p>
    <w:p>
      <w:r>
        <w:rPr>
          <w:b w:val="0"/>
          <w:sz w:val="20"/>
        </w:rPr>
        <w:t xml:space="preserve">   _____________________________________________________________________</w:t>
      </w:r>
    </w:p>
    <w:p>
      <w:r>
        <w:rPr>
          <w:b w:val="0"/>
          <w:sz w:val="20"/>
        </w:rPr>
        <w:t xml:space="preserve">   _____________________________________________________________________</w:t>
      </w:r>
    </w:p>
    <w:p>
      <w:r>
        <w:rPr>
          <w:b w:val="0"/>
          <w:sz w:val="20"/>
        </w:rPr>
        <w:t xml:space="preserve">   _____________________________________________________________________</w:t>
      </w:r>
    </w:p>
    <w:p/>
    <w:p>
      <w:r>
        <w:rPr>
          <w:b w:val="0"/>
          <w:sz w:val="20"/>
        </w:rPr>
        <w:t>2. The officers of the Corporation are hereby authorized and directed to take all such further actions, execute all documents, and do all things necessary or appropriate to carry out the intent and purposes of the foregoing resolution(s).</w:t>
      </w:r>
    </w:p>
    <w:p/>
    <w:p>
      <w:r>
        <w:rPr>
          <w:b w:val="0"/>
          <w:sz w:val="20"/>
        </w:rPr>
        <w:t>3. All actions previously taken by any officer or director of the Corporation in connection with the foregoing matters are hereby ratified and confirmed as the acts and deeds of the Corporation.</w:t>
      </w:r>
    </w:p>
    <w:p/>
    <w:p>
      <w:r>
        <w:rPr>
          <w:b/>
          <w:sz w:val="22"/>
        </w:rPr>
        <w:t>CERTIFICATION</w:t>
      </w:r>
    </w:p>
    <w:p>
      <w:r>
        <w:rPr>
          <w:b w:val="0"/>
          <w:sz w:val="20"/>
        </w:rPr>
        <w:t>I, the undersigned Secretary of the Corporation, hereby certify that the foregoing is a true and correct copy of resolutions duly adopted by the Board of Directors of the Corporation, in accordance with applicable law and the Bylaws of the Corporation, and that such resolutions are now in full force and effect.</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Chairperson of the Board</w:t>
            </w:r>
          </w:p>
        </w:tc>
        <w:tc>
          <w:tcPr>
            <w:tcW w:type="dxa" w:w="4986"/>
            <w:tcBorders>
              <w:top w:val="nil"/>
              <w:left w:val="nil"/>
              <w:bottom w:val="nil"/>
              <w:right w:val="nil"/>
              <w:insideH w:val="nil"/>
              <w:insideV w:val="nil"/>
            </w:tcBorders>
          </w:tcPr>
          <w:p>
            <w:pPr>
              <w:jc w:val="center"/>
            </w:pPr>
            <w:r>
              <w:t>Secretary</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p>
      <w:r>
        <w:rPr>
          <w:b/>
          <w:sz w:val="22"/>
        </w:rPr>
        <w:t>ADDITIONAL BOARD MEMBERS</w:t>
      </w:r>
    </w:p>
    <w:p>
      <w:r>
        <w:rPr>
          <w:b w:val="0"/>
          <w:sz w:val="20"/>
        </w:rPr>
        <w:t>The undersigned, being all remaining members of the Board of Directors, hereby consent to and adopt the above resolutions:</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Director Name</w:t>
            </w:r>
          </w:p>
        </w:tc>
        <w:tc>
          <w:tcPr>
            <w:tcW w:type="dxa" w:w="4986"/>
            <w:tcBorders>
              <w:top w:val="nil"/>
              <w:left w:val="nil"/>
              <w:bottom w:val="nil"/>
              <w:right w:val="nil"/>
              <w:insideH w:val="nil"/>
              <w:insideV w:val="nil"/>
            </w:tcBorders>
          </w:tcPr>
          <w:p>
            <w:pPr>
              <w:jc w:val="center"/>
            </w:pPr>
            <w:r>
              <w:t>Signature</w:t>
            </w:r>
          </w:p>
        </w:tc>
      </w:tr>
      <w:tr>
        <w:tc>
          <w:tcPr>
            <w:tcW w:type="dxa" w:w="4986"/>
            <w:tcBorders>
              <w:top w:val="nil"/>
              <w:left w:val="nil"/>
              <w:bottom w:val="nil"/>
              <w:right w:val="nil"/>
              <w:insideH w:val="nil"/>
              <w:insideV w:val="nil"/>
            </w:tcBorders>
          </w:tcPr>
          <w:p>
            <w:pPr>
              <w:jc w:val="left"/>
            </w:pPr>
            <w:r>
              <w:t>__________________________________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left"/>
            </w:pPr>
            <w:r>
              <w:t>__________________________________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left"/>
            </w:pPr>
            <w:r>
              <w:t>__________________________________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bl>
    <w:p/>
    <w:p/>
    <w:p>
      <w:r>
        <w:rPr>
          <w:b/>
          <w:sz w:val="22"/>
        </w:rPr>
        <w:t>NOTARY ACKNOWLEDGMENT</w:t>
      </w:r>
    </w:p>
    <w:p>
      <w:r>
        <w:rPr>
          <w:b w:val="0"/>
          <w:sz w:val="20"/>
        </w:rPr>
        <w:t>State of ____________________ )</w:t>
      </w:r>
    </w:p>
    <w:p>
      <w:r>
        <w:rPr>
          <w:b w:val="0"/>
          <w:sz w:val="20"/>
        </w:rPr>
        <w:t>County of _________________ )</w:t>
      </w:r>
    </w:p>
    <w:p/>
    <w:p>
      <w:r>
        <w:rPr>
          <w:b w:val="0"/>
          <w:sz w:val="20"/>
        </w:rPr>
        <w:t>On this _______ day of ____________________, before me, the undersigned notary public, personally appeared ____________________________________, proved to me through satisfactory evidence of identification to be the person(s) whose name(s) is/are signed above, and acknowledged to me that he/she/they signed this instrument voluntarily for its stated purpose.</w:t>
      </w:r>
    </w:p>
    <w:p/>
    <w:p>
      <w:r>
        <w:rPr>
          <w:b w:val="0"/>
          <w:sz w:val="20"/>
        </w:rPr>
        <w:t>IN WITNESS WHEREOF, I have hereunto set my hand and official seal.</w:t>
      </w:r>
    </w:p>
    <w:p/>
    <w:p/>
    <w:p/>
    <w:p>
      <w:r>
        <w:rPr>
          <w:b w:val="0"/>
          <w:sz w:val="20"/>
        </w:rPr>
        <w:t>Notary Public Signature: ________________________________</w:t>
      </w:r>
    </w:p>
    <w:p>
      <w:r>
        <w:rPr>
          <w:b w:val="0"/>
          <w:sz w:val="20"/>
        </w:rPr>
        <w:t>My Commission Expires: __________________________________</w:t>
      </w:r>
    </w:p>
    <w:p>
      <w:r>
        <w:rPr>
          <w:b w:val="0"/>
          <w:sz w:val="20"/>
        </w:rPr>
        <w:t>Notary Seal:</w:t>
      </w:r>
    </w:p>
    <w:p/>
    <w:p/>
    <w:p/>
    <w:p/>
    <w:p>
      <w:r>
        <w:br w:type="page"/>
      </w:r>
    </w:p>
    <w:p>
      <w:pPr>
        <w:jc w:val="center"/>
      </w:pPr>
      <w:r>
        <w:rPr>
          <w:color w:val="555555"/>
          <w:sz w:val="24"/>
        </w:rPr>
        <w:t>Original source of this document:</w:t>
      </w:r>
    </w:p>
    <w:p>
      <w:pPr>
        <w:jc w:val="center"/>
      </w:pPr>
      <w:hyperlink r:id="rId9">
        <w:r>
          <w:rPr>
            <w:color w:val="0000FF"/>
            <w:u w:val="single"/>
          </w:rPr>
          <w:t>https://docs-business.com/board-resolution-template/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board-resolution-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