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AFFILIATE AGREEMENT</w:t>
      </w:r>
    </w:p>
    <w:p/>
    <w:p>
      <w:r>
        <w:rPr>
          <w:b w:val="0"/>
          <w:sz w:val="20"/>
        </w:rPr>
        <w:t>This Affiliate Agreement ("Agreement") is entered into by and between the following parties:</w:t>
      </w:r>
    </w:p>
    <w:p/>
    <w:p>
      <w:r>
        <w:rPr>
          <w:b/>
          <w:sz w:val="20"/>
        </w:rPr>
        <w:t>Company Information:</w:t>
      </w:r>
    </w:p>
    <w:p>
      <w:r>
        <w:rPr>
          <w:b w:val="0"/>
          <w:sz w:val="20"/>
        </w:rPr>
        <w:t>Legal Name: ____________________________________________________________</w:t>
      </w:r>
    </w:p>
    <w:p>
      <w:r>
        <w:rPr>
          <w:b w:val="0"/>
          <w:sz w:val="20"/>
        </w:rPr>
        <w:t>Address: _______________________________________________________________</w:t>
      </w:r>
    </w:p>
    <w:p>
      <w:r>
        <w:rPr>
          <w:b w:val="0"/>
          <w:sz w:val="20"/>
        </w:rPr>
        <w:t>Contact Person: _________________________________________________________</w:t>
      </w:r>
    </w:p>
    <w:p>
      <w:r>
        <w:rPr>
          <w:b w:val="0"/>
          <w:sz w:val="20"/>
        </w:rPr>
        <w:t>Email: _________________________________________________________________</w:t>
      </w:r>
    </w:p>
    <w:p/>
    <w:p>
      <w:r>
        <w:rPr>
          <w:b/>
          <w:sz w:val="20"/>
        </w:rPr>
        <w:t>Affiliate Information:</w:t>
      </w:r>
    </w:p>
    <w:p>
      <w:r>
        <w:rPr>
          <w:b w:val="0"/>
          <w:sz w:val="20"/>
        </w:rPr>
        <w:t>Full Name / Business Name: ______________________________________________</w:t>
      </w:r>
    </w:p>
    <w:p>
      <w:r>
        <w:rPr>
          <w:b w:val="0"/>
          <w:sz w:val="20"/>
        </w:rPr>
        <w:t>Address: _______________________________________________________________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the Company operates an online business and desires to market its products/services through affiliates;</w:t>
      </w:r>
    </w:p>
    <w:p>
      <w:r>
        <w:rPr>
          <w:b w:val="0"/>
          <w:sz w:val="20"/>
        </w:rPr>
        <w:t>WHEREAS, the Affiliate desires to promote the Company's products/services under the terms set forth herein;</w:t>
      </w:r>
    </w:p>
    <w:p>
      <w:r>
        <w:rPr>
          <w:b w:val="0"/>
          <w:sz w:val="20"/>
        </w:rPr>
        <w:t>NOW, THEREFORE, in consideration of the mutual covenants and promises contained herein, the parties agree as follows:</w:t>
      </w:r>
    </w:p>
    <w:p/>
    <w:p>
      <w:r>
        <w:rPr>
          <w:b/>
          <w:sz w:val="20"/>
        </w:rPr>
        <w:t>1. Appointment</w:t>
      </w:r>
    </w:p>
    <w:p>
      <w:r>
        <w:rPr>
          <w:b w:val="0"/>
          <w:sz w:val="20"/>
        </w:rPr>
        <w:t>The Company hereby appoints the Affiliate as a non-exclusive promoter to market and promote the Company's products and/or services through the Affiliate's marketing channels under the terms of this Agreement.</w:t>
      </w:r>
    </w:p>
    <w:p/>
    <w:p>
      <w:r>
        <w:rPr>
          <w:b/>
          <w:sz w:val="20"/>
        </w:rPr>
        <w:t>2. Affiliate Obligations</w:t>
      </w:r>
    </w:p>
    <w:p>
      <w:r>
        <w:rPr>
          <w:b w:val="0"/>
          <w:sz w:val="20"/>
        </w:rPr>
        <w:t>The Affiliate agrees to:</w:t>
      </w:r>
    </w:p>
    <w:p>
      <w:r>
        <w:rPr>
          <w:b w:val="0"/>
          <w:sz w:val="20"/>
        </w:rPr>
        <w:t>a) Use only marketing materials provided or approved by the Company.</w:t>
      </w:r>
    </w:p>
    <w:p>
      <w:r>
        <w:rPr>
          <w:b w:val="0"/>
          <w:sz w:val="20"/>
        </w:rPr>
        <w:t>b) Promote the Company's products/services ethically and in compliance with all applicable laws and regulations.</w:t>
      </w:r>
    </w:p>
    <w:p>
      <w:r>
        <w:rPr>
          <w:b w:val="0"/>
          <w:sz w:val="20"/>
        </w:rPr>
        <w:t>c) Not make any false, misleading, or disparaging statements regarding the Company or its products/services.</w:t>
      </w:r>
    </w:p>
    <w:p>
      <w:r>
        <w:rPr>
          <w:b w:val="0"/>
          <w:sz w:val="20"/>
        </w:rPr>
        <w:t>d) Disclose its affiliate relationship in compliance with FTC guidelines and any other applicable regulations.</w:t>
      </w:r>
    </w:p>
    <w:p/>
    <w:p>
      <w:r>
        <w:rPr>
          <w:b/>
          <w:sz w:val="20"/>
        </w:rPr>
        <w:t>3. Company Obligations</w:t>
      </w:r>
    </w:p>
    <w:p>
      <w:r>
        <w:rPr>
          <w:b w:val="0"/>
          <w:sz w:val="20"/>
        </w:rPr>
        <w:t>The Company agrees to:</w:t>
      </w:r>
    </w:p>
    <w:p>
      <w:r>
        <w:rPr>
          <w:b w:val="0"/>
          <w:sz w:val="20"/>
        </w:rPr>
        <w:t>a) Provide the Affiliate with marketing materials, tracking tools, and commission reports.</w:t>
      </w:r>
    </w:p>
    <w:p>
      <w:r>
        <w:rPr>
          <w:b w:val="0"/>
          <w:sz w:val="20"/>
        </w:rPr>
        <w:t>b) Pay commissions to the Affiliate in accordance with the terms outlined in this Agreement.</w:t>
      </w:r>
    </w:p>
    <w:p>
      <w:r>
        <w:rPr>
          <w:b w:val="0"/>
          <w:sz w:val="20"/>
        </w:rPr>
        <w:t>c) Support the Affiliate with reasonable training and assistance.</w:t>
      </w:r>
    </w:p>
    <w:p/>
    <w:p>
      <w:r>
        <w:rPr>
          <w:b/>
          <w:sz w:val="20"/>
        </w:rPr>
        <w:t>4. Commissions and Payment</w:t>
      </w:r>
    </w:p>
    <w:p>
      <w:r>
        <w:rPr>
          <w:b w:val="0"/>
          <w:sz w:val="20"/>
        </w:rPr>
        <w:t>a) Commission Rate: The Affiliate shall receive a commission of ______________________% of the net sales generated through the Affiliate's unique tracking link or code.</w:t>
      </w:r>
    </w:p>
    <w:p>
      <w:r>
        <w:rPr>
          <w:b w:val="0"/>
          <w:sz w:val="20"/>
        </w:rPr>
        <w:t>b) Payment Terms: Commissions will be calculated monthly and paid within _____ days after the end of each calendar month.</w:t>
      </w:r>
    </w:p>
    <w:p>
      <w:r>
        <w:rPr>
          <w:b w:val="0"/>
          <w:sz w:val="20"/>
        </w:rPr>
        <w:t>c) Payment Method: Payments will be made via ______________________________________________________.</w:t>
      </w:r>
    </w:p>
    <w:p>
      <w:r>
        <w:rPr>
          <w:b w:val="0"/>
          <w:sz w:val="20"/>
        </w:rPr>
        <w:t>d) Chargebacks and Refunds: Commissions will be adjusted for any returned, refunded, or fraudulent sales.</w:t>
      </w:r>
    </w:p>
    <w:p>
      <w:r>
        <w:rPr>
          <w:b w:val="0"/>
          <w:sz w:val="20"/>
        </w:rPr>
        <w:t>e) Minimum Payment Threshold: Payments will be made only if the total earned commission exceeds $_________.</w:t>
      </w:r>
    </w:p>
    <w:p/>
    <w:p>
      <w:r>
        <w:rPr>
          <w:b/>
          <w:sz w:val="20"/>
        </w:rPr>
        <w:t>5. Term and Termination</w:t>
      </w:r>
    </w:p>
    <w:p>
      <w:r>
        <w:rPr>
          <w:b w:val="0"/>
          <w:sz w:val="20"/>
        </w:rPr>
        <w:t>a) Term: This Agreement shall commence on the date signed by both parties and shall continue until terminated.</w:t>
      </w:r>
    </w:p>
    <w:p>
      <w:r>
        <w:rPr>
          <w:b w:val="0"/>
          <w:sz w:val="20"/>
        </w:rPr>
        <w:t>b) Termination for Convenience: Either party may terminate this Agreement with a written notice of _____ days.</w:t>
      </w:r>
    </w:p>
    <w:p>
      <w:r>
        <w:rPr>
          <w:b w:val="0"/>
          <w:sz w:val="20"/>
        </w:rPr>
        <w:t>c) Termination for Cause: Either party may terminate immediately for material breach, including but not limited to violation of applicable laws, unethical conduct, or failure to perform obligations.</w:t>
      </w:r>
    </w:p>
    <w:p>
      <w:r>
        <w:rPr>
          <w:b w:val="0"/>
          <w:sz w:val="20"/>
        </w:rPr>
        <w:t>d) Effect of Termination: Upon termination, the Affiliate shall cease all promotional activities and remove all Company materials. Commissions earned prior to termination shall be paid in accordance with Section 4.</w:t>
      </w:r>
    </w:p>
    <w:p/>
    <w:p>
      <w:r>
        <w:rPr>
          <w:b/>
          <w:sz w:val="20"/>
        </w:rPr>
        <w:t>6. Intellectual Property</w:t>
      </w:r>
    </w:p>
    <w:p>
      <w:r>
        <w:rPr>
          <w:b w:val="0"/>
          <w:sz w:val="20"/>
        </w:rPr>
        <w:t>a) License: The Company grants the Affiliate a limited, non-exclusive, revocable license to use Company trademarks, logos, and marketing materials solely for the purposes of performing under this Agreement.</w:t>
      </w:r>
    </w:p>
    <w:p>
      <w:r>
        <w:rPr>
          <w:b w:val="0"/>
          <w:sz w:val="20"/>
        </w:rPr>
        <w:t>b) Restrictions: The Affiliate shall not alter, modify, or create derivative works of the Company's intellectual property without prior written consent.</w:t>
      </w:r>
    </w:p>
    <w:p>
      <w:r>
        <w:rPr>
          <w:b w:val="0"/>
          <w:sz w:val="20"/>
        </w:rPr>
        <w:t>c) Ownership: All intellectual property rights related to the Company’s products, services, and marketing materials remain with the Company.</w:t>
      </w:r>
    </w:p>
    <w:p/>
    <w:p>
      <w:r>
        <w:rPr>
          <w:b/>
          <w:sz w:val="20"/>
        </w:rPr>
        <w:t>7. Confidentiality</w:t>
      </w:r>
    </w:p>
    <w:p>
      <w:r>
        <w:rPr>
          <w:b w:val="0"/>
          <w:sz w:val="20"/>
        </w:rPr>
        <w:t>Each party agrees not to disclose any confidential information received from the other party to any third party without prior written consent, except as required by law. Confidential information includes, but is not limited to, business plans, customer data, commission structures, and marketing strategies.</w:t>
      </w:r>
    </w:p>
    <w:p/>
    <w:p>
      <w:r>
        <w:rPr>
          <w:b/>
          <w:sz w:val="20"/>
        </w:rPr>
        <w:t>8. Representations and Warranties</w:t>
      </w:r>
    </w:p>
    <w:p>
      <w:r>
        <w:rPr>
          <w:b w:val="0"/>
          <w:sz w:val="20"/>
        </w:rPr>
        <w:t>Each party represents and warrants that it has the full right, power, and authority to enter into this Agreement and perform its obligations. The Affiliate warrants that its promotional activities will comply with all applicable laws and regulations.</w:t>
      </w:r>
    </w:p>
    <w:p/>
    <w:p>
      <w:r>
        <w:rPr>
          <w:b/>
          <w:sz w:val="20"/>
        </w:rPr>
        <w:t>9. Indemnification</w:t>
      </w:r>
    </w:p>
    <w:p>
      <w:r>
        <w:rPr>
          <w:b w:val="0"/>
          <w:sz w:val="20"/>
        </w:rPr>
        <w:t>The Affiliate agrees to indemnify, defend and hold harmless the Company and its affiliates, officers, agents, and employees from and against any and all claims, damages, liabilities, costs, and expenses (including reasonable attorneys' fees) arising out of or related to Affiliate’s breach of this Agreement, violation of law, or negligence.</w:t>
      </w:r>
    </w:p>
    <w:p/>
    <w:p>
      <w:r>
        <w:rPr>
          <w:b/>
          <w:sz w:val="20"/>
        </w:rPr>
        <w:t>10. Limitation of Liability</w:t>
      </w:r>
    </w:p>
    <w:p>
      <w:r>
        <w:rPr>
          <w:b w:val="0"/>
          <w:sz w:val="20"/>
        </w:rPr>
        <w:t>Except for damages resulting from gross negligence or willful misconduct, neither party shall be liable for any indirect, incidental, consequential, special or punitive damages arising out of or relating to this Agreement.</w:t>
      </w:r>
    </w:p>
    <w:p/>
    <w:p>
      <w:r>
        <w:rPr>
          <w:b/>
          <w:sz w:val="20"/>
        </w:rPr>
        <w:t>11. Independent Contractor</w:t>
      </w:r>
    </w:p>
    <w:p>
      <w:r>
        <w:rPr>
          <w:b w:val="0"/>
          <w:sz w:val="20"/>
        </w:rPr>
        <w:t>The Affiliate is an independent contractor and nothing in this Agreement creates an employment, partnership, or joint venture relationship. The Affiliate has no authority to bind the Company or incur obligations on its behalf.</w:t>
      </w:r>
    </w:p>
    <w:p/>
    <w:p>
      <w:r>
        <w:rPr>
          <w:b/>
          <w:sz w:val="20"/>
        </w:rPr>
        <w:t>12. Governing Law and Dispute Resolution</w:t>
      </w:r>
    </w:p>
    <w:p>
      <w:r>
        <w:rPr>
          <w:b w:val="0"/>
          <w:sz w:val="20"/>
        </w:rPr>
        <w:t>This Agreement shall be governed by and construed in accordance with the laws of the State of ____________________, without regard to its conflict of law principles. Any disputes arising under this Agreement shall be resolved exclusively in the federal or state courts located in ____________________, and the parties consent to personal jurisdiction therein.</w:t>
      </w:r>
    </w:p>
    <w:p/>
    <w:p>
      <w:r>
        <w:rPr>
          <w:b/>
          <w:sz w:val="20"/>
        </w:rPr>
        <w:t>13. Entire Agreement and Amendments</w:t>
      </w:r>
    </w:p>
    <w:p>
      <w:r>
        <w:rPr>
          <w:b w:val="0"/>
          <w:sz w:val="20"/>
        </w:rPr>
        <w:t>This Agreement constitutes the entire understanding between the parties regarding the subject matter and supersedes all prior agreements. Any amendments or modifications must be in writing and signed by both parties.</w:t>
      </w:r>
    </w:p>
    <w:p/>
    <w:p>
      <w:r>
        <w:rPr>
          <w:b/>
          <w:sz w:val="20"/>
        </w:rPr>
        <w:t>14. Notices</w:t>
      </w:r>
    </w:p>
    <w:p>
      <w:r>
        <w:rPr>
          <w:b w:val="0"/>
          <w:sz w:val="20"/>
        </w:rPr>
        <w:t>All notices under this Agreement shall be in writing and sent to the addresses provided above by certified mail, courier, or email with confirmation of receipt.</w:t>
      </w:r>
    </w:p>
    <w:p/>
    <w:p>
      <w:r>
        <w:rPr>
          <w:b/>
          <w:sz w:val="20"/>
        </w:rPr>
        <w:t>15. Severability</w:t>
      </w:r>
    </w:p>
    <w:p>
      <w:r>
        <w:rPr>
          <w:b w:val="0"/>
          <w:sz w:val="20"/>
        </w:rPr>
        <w:t>If any provision of this Agreement is held to be invalid or unenforceable, the remaining provisions shall remain in full force and effect.</w:t>
      </w:r>
    </w:p>
    <w:p/>
    <w:p>
      <w:r>
        <w:rPr>
          <w:b/>
          <w:sz w:val="20"/>
        </w:rPr>
        <w:t>16. Waiver</w:t>
      </w:r>
    </w:p>
    <w:p>
      <w:r>
        <w:rPr>
          <w:b w:val="0"/>
          <w:sz w:val="20"/>
        </w:rPr>
        <w:t>Failure to enforce any provision of this Agreement shall not constitute a waiver of such provision or any other provision.</w:t>
      </w:r>
    </w:p>
    <w:p/>
    <w:p/>
    <w:p>
      <w:r>
        <w:rPr>
          <w:b w:val="0"/>
          <w:sz w:val="20"/>
        </w:rPr>
        <w:t>IN WITNESS WHEREOF, the parties hereto have executed this Affiliate Agreement as of the date signed below.</w:t>
      </w:r>
    </w:p>
    <w:p/>
    <w:p/>
    <w:p>
      <w:r>
        <w:rPr>
          <w:b w:val="0"/>
          <w:sz w:val="20"/>
        </w:rPr>
        <w:t>Place of Signature: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w:t>
            </w:r>
          </w:p>
        </w:tc>
        <w:tc>
          <w:tcPr>
            <w:tcW w:type="dxa" w:w="4986"/>
            <w:tcBorders>
              <w:top w:val="nil"/>
              <w:left w:val="nil"/>
              <w:bottom w:val="nil"/>
              <w:right w:val="nil"/>
              <w:insideH w:val="nil"/>
              <w:insideV w:val="nil"/>
            </w:tcBorders>
          </w:tcPr>
          <w:p>
            <w:pPr>
              <w:jc w:val="center"/>
            </w:pPr>
            <w:r>
              <w:t>AFFILIATE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__________________________________________</w:t>
            </w:r>
          </w:p>
        </w:tc>
        <w:tc>
          <w:tcPr>
            <w:tcW w:type="dxa" w:w="4986"/>
            <w:tcBorders>
              <w:top w:val="nil"/>
              <w:left w:val="nil"/>
              <w:bottom w:val="nil"/>
              <w:right w:val="nil"/>
              <w:insideH w:val="nil"/>
              <w:insideV w:val="nil"/>
            </w:tcBorders>
          </w:tcPr>
          <w:p>
            <w:pPr>
              <w:jc w:val="center"/>
            </w:pPr>
            <w:r>
              <w:t>Name: 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https://docs-business.com/affiliate-agreement-template/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affiliate-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