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5-YEAR BUSINESS PLAN</w:t>
      </w:r>
    </w:p>
    <w:p/>
    <w:p/>
    <w:p>
      <w:r>
        <w:rPr>
          <w:b/>
          <w:sz w:val="22"/>
        </w:rPr>
        <w:t>Executive Summary</w:t>
      </w:r>
    </w:p>
    <w:p>
      <w:r>
        <w:rPr>
          <w:b w:val="0"/>
          <w:sz w:val="20"/>
        </w:rPr>
        <w:t>Brief overview of the business, mission statement, and key objectives for the next five years.</w:t>
      </w:r>
    </w:p>
    <w:p/>
    <w:p>
      <w:r>
        <w:rPr>
          <w:b/>
          <w:sz w:val="22"/>
        </w:rPr>
        <w:t>Business Description</w:t>
      </w:r>
    </w:p>
    <w:p>
      <w:r>
        <w:rPr>
          <w:b w:val="0"/>
          <w:sz w:val="20"/>
        </w:rPr>
        <w:t>Company Name: _____________________________________________</w:t>
      </w:r>
    </w:p>
    <w:p>
      <w:r>
        <w:rPr>
          <w:b w:val="0"/>
          <w:sz w:val="20"/>
        </w:rPr>
        <w:t>Business Structure (e.g., LLC, Corporation): ________________________________</w:t>
      </w:r>
    </w:p>
    <w:p>
      <w:r>
        <w:rPr>
          <w:b w:val="0"/>
          <w:sz w:val="20"/>
        </w:rPr>
        <w:t>Industry: ________________________________________________________________</w:t>
      </w:r>
    </w:p>
    <w:p>
      <w:r>
        <w:rPr>
          <w:b w:val="0"/>
          <w:sz w:val="20"/>
        </w:rPr>
        <w:t>Location(s): _____________________________________________________________</w:t>
      </w:r>
    </w:p>
    <w:p>
      <w:r>
        <w:rPr>
          <w:b w:val="0"/>
          <w:sz w:val="20"/>
        </w:rPr>
        <w:t>Products and Services: ___________________________________________________</w:t>
      </w:r>
    </w:p>
    <w:p>
      <w:r>
        <w:rPr>
          <w:b w:val="0"/>
          <w:sz w:val="20"/>
        </w:rPr>
        <w:t>Business History and Background: ___________________________________________</w:t>
      </w:r>
    </w:p>
    <w:p>
      <w:r>
        <w:rPr>
          <w:b w:val="0"/>
          <w:sz w:val="20"/>
        </w:rPr>
        <w:t>Vision and Mission Statement: _____________________________________________</w:t>
      </w:r>
    </w:p>
    <w:p/>
    <w:p>
      <w:r>
        <w:rPr>
          <w:b/>
          <w:sz w:val="22"/>
        </w:rPr>
        <w:t>Market Analysis</w:t>
      </w:r>
    </w:p>
    <w:p>
      <w:r>
        <w:rPr>
          <w:b w:val="0"/>
          <w:sz w:val="20"/>
        </w:rPr>
        <w:t>Industry Overview: _______________________________________________________</w:t>
      </w:r>
    </w:p>
    <w:p>
      <w:r>
        <w:rPr>
          <w:b w:val="0"/>
          <w:sz w:val="20"/>
        </w:rPr>
        <w:t>Target Market Description: _______________________________________________</w:t>
      </w:r>
    </w:p>
    <w:p>
      <w:r>
        <w:rPr>
          <w:b w:val="0"/>
          <w:sz w:val="20"/>
        </w:rPr>
        <w:t>Customer Segmentation: _________________________________________________</w:t>
      </w:r>
    </w:p>
    <w:p>
      <w:r>
        <w:rPr>
          <w:b w:val="0"/>
          <w:sz w:val="20"/>
        </w:rPr>
        <w:t>Market Needs: ___________________________________________________________</w:t>
      </w:r>
    </w:p>
    <w:p>
      <w:r>
        <w:rPr>
          <w:b w:val="0"/>
          <w:sz w:val="20"/>
        </w:rPr>
        <w:t>Market Trends: __________________________________________________________</w:t>
      </w:r>
    </w:p>
    <w:p>
      <w:r>
        <w:rPr>
          <w:b w:val="0"/>
          <w:sz w:val="20"/>
        </w:rPr>
        <w:t>Competitive Analysis: ____________________________________________________</w:t>
      </w:r>
    </w:p>
    <w:p>
      <w:r>
        <w:rPr>
          <w:b w:val="0"/>
          <w:sz w:val="20"/>
        </w:rPr>
        <w:t>Competitive Advantages: _________________________________________________</w:t>
      </w:r>
    </w:p>
    <w:p/>
    <w:p>
      <w:r>
        <w:rPr>
          <w:b/>
          <w:sz w:val="22"/>
        </w:rPr>
        <w:t>Marketing and Sales Strategy</w:t>
      </w:r>
    </w:p>
    <w:p>
      <w:r>
        <w:rPr>
          <w:b w:val="0"/>
          <w:sz w:val="20"/>
        </w:rPr>
        <w:t>Marketing Plan:</w:t>
      </w:r>
    </w:p>
    <w:p>
      <w:r>
        <w:rPr>
          <w:b w:val="0"/>
          <w:sz w:val="20"/>
        </w:rPr>
        <w:t>- Product/Service Positioning: ___________________________________________</w:t>
      </w:r>
    </w:p>
    <w:p>
      <w:r>
        <w:rPr>
          <w:b w:val="0"/>
          <w:sz w:val="20"/>
        </w:rPr>
        <w:t>- Pricing Strategy: ______________________________________________________</w:t>
      </w:r>
    </w:p>
    <w:p>
      <w:r>
        <w:rPr>
          <w:b w:val="0"/>
          <w:sz w:val="20"/>
        </w:rPr>
        <w:t>- Promotional Plan: _____________________________________________________</w:t>
      </w:r>
    </w:p>
    <w:p>
      <w:r>
        <w:rPr>
          <w:b w:val="0"/>
          <w:sz w:val="20"/>
        </w:rPr>
        <w:t>- Distribution Channels: ________________________________________________</w:t>
      </w:r>
    </w:p>
    <w:p/>
    <w:p>
      <w:r>
        <w:rPr>
          <w:b w:val="0"/>
          <w:sz w:val="20"/>
        </w:rPr>
        <w:t>Sales Strategy:</w:t>
      </w:r>
    </w:p>
    <w:p>
      <w:r>
        <w:rPr>
          <w:b w:val="0"/>
          <w:sz w:val="20"/>
        </w:rPr>
        <w:t>- Sales Process: ________________________________________________________</w:t>
      </w:r>
    </w:p>
    <w:p>
      <w:r>
        <w:rPr>
          <w:b w:val="0"/>
          <w:sz w:val="20"/>
        </w:rPr>
        <w:t>- Sales Team Structure: _________________________________________________</w:t>
      </w:r>
    </w:p>
    <w:p>
      <w:r>
        <w:rPr>
          <w:b w:val="0"/>
          <w:sz w:val="20"/>
        </w:rPr>
        <w:t>- Sales Targets and Milestones: __________________________________________</w:t>
      </w:r>
    </w:p>
    <w:p/>
    <w:p>
      <w:r>
        <w:rPr>
          <w:b/>
          <w:sz w:val="22"/>
        </w:rPr>
        <w:t>Organization and Management</w:t>
      </w:r>
    </w:p>
    <w:p>
      <w:r>
        <w:rPr>
          <w:b w:val="0"/>
          <w:sz w:val="20"/>
        </w:rPr>
        <w:t>Organizational Structure:</w:t>
      </w:r>
    </w:p>
    <w:p>
      <w:r>
        <w:rPr>
          <w:b w:val="0"/>
          <w:sz w:val="20"/>
        </w:rPr>
        <w:t>- Ownership: ___________________________________________________________</w:t>
      </w:r>
    </w:p>
    <w:p>
      <w:r>
        <w:rPr>
          <w:b w:val="0"/>
          <w:sz w:val="20"/>
        </w:rPr>
        <w:t>- Management Team: ____________________________________________________</w:t>
      </w:r>
    </w:p>
    <w:p>
      <w:r>
        <w:rPr>
          <w:b w:val="0"/>
          <w:sz w:val="20"/>
        </w:rPr>
        <w:t>- Board of Directors/Advisors: __________________________________________</w:t>
      </w:r>
    </w:p>
    <w:p>
      <w:r>
        <w:rPr>
          <w:b w:val="0"/>
          <w:sz w:val="20"/>
        </w:rPr>
        <w:t>Roles and Responsibilities:</w:t>
      </w:r>
    </w:p>
    <w:p>
      <w:r>
        <w:rPr>
          <w:b w:val="0"/>
          <w:sz w:val="20"/>
        </w:rPr>
        <w:t>- Key Positions and Duties: ______________________________________________</w:t>
      </w:r>
    </w:p>
    <w:p/>
    <w:p>
      <w:r>
        <w:rPr>
          <w:b/>
          <w:sz w:val="22"/>
        </w:rPr>
        <w:t>Products or Services</w:t>
      </w:r>
    </w:p>
    <w:p>
      <w:r>
        <w:rPr>
          <w:b w:val="0"/>
          <w:sz w:val="20"/>
        </w:rPr>
        <w:t>Description of Products/Services Offered: ________________________________</w:t>
      </w:r>
    </w:p>
    <w:p>
      <w:r>
        <w:rPr>
          <w:b w:val="0"/>
          <w:sz w:val="20"/>
        </w:rPr>
        <w:t>Unique Selling Proposition: _____________________________________________</w:t>
      </w:r>
    </w:p>
    <w:p>
      <w:r>
        <w:rPr>
          <w:b w:val="0"/>
          <w:sz w:val="20"/>
        </w:rPr>
        <w:t>Research and Development Activities (if applicable): _______________________</w:t>
      </w:r>
    </w:p>
    <w:p>
      <w:r>
        <w:rPr>
          <w:b w:val="0"/>
          <w:sz w:val="20"/>
        </w:rPr>
        <w:t>Intellectual Property: __________________________________________________</w:t>
      </w:r>
    </w:p>
    <w:p/>
    <w:p>
      <w:r>
        <w:rPr>
          <w:b/>
          <w:sz w:val="22"/>
        </w:rPr>
        <w:t>Financial Plan</w:t>
      </w:r>
    </w:p>
    <w:p>
      <w:r>
        <w:rPr>
          <w:b w:val="0"/>
          <w:sz w:val="20"/>
        </w:rPr>
        <w:t>Funding Requirements:</w:t>
      </w:r>
    </w:p>
    <w:p>
      <w:r>
        <w:rPr>
          <w:b w:val="0"/>
          <w:sz w:val="20"/>
        </w:rPr>
        <w:t>- Capital Required for Next Five Years: _________________________________</w:t>
      </w:r>
    </w:p>
    <w:p>
      <w:r>
        <w:rPr>
          <w:b w:val="0"/>
          <w:sz w:val="20"/>
        </w:rPr>
        <w:t>- Intended Use of Funds: _______________________________________________</w:t>
      </w:r>
    </w:p>
    <w:p>
      <w:r>
        <w:rPr>
          <w:b w:val="0"/>
          <w:sz w:val="20"/>
        </w:rPr>
        <w:t>Financial Projections:</w:t>
      </w:r>
    </w:p>
    <w:p>
      <w:r>
        <w:rPr>
          <w:b w:val="0"/>
          <w:sz w:val="20"/>
        </w:rPr>
        <w:t>- Projected Income Statements (Profit &amp; Loss)</w:t>
      </w:r>
    </w:p>
    <w:p>
      <w:r>
        <w:rPr>
          <w:b w:val="0"/>
          <w:sz w:val="20"/>
        </w:rPr>
        <w:t>- Projected Cash Flow Statements</w:t>
      </w:r>
    </w:p>
    <w:p>
      <w:r>
        <w:rPr>
          <w:b w:val="0"/>
          <w:sz w:val="20"/>
        </w:rPr>
        <w:t>- Projected Balance Sheets</w:t>
      </w:r>
    </w:p>
    <w:p>
      <w:r>
        <w:rPr>
          <w:b w:val="0"/>
          <w:sz w:val="20"/>
        </w:rPr>
        <w:t>- Break-even Analysis</w:t>
      </w:r>
    </w:p>
    <w:p>
      <w:r>
        <w:rPr>
          <w:b w:val="0"/>
          <w:sz w:val="20"/>
        </w:rPr>
        <w:t>- Assumptions Underlying Financial Projections</w:t>
      </w:r>
    </w:p>
    <w:p/>
    <w:p>
      <w:r>
        <w:rPr>
          <w:b/>
          <w:sz w:val="22"/>
        </w:rPr>
        <w:t>Risk Analysis</w:t>
      </w:r>
    </w:p>
    <w:p>
      <w:r>
        <w:rPr>
          <w:b w:val="0"/>
          <w:sz w:val="20"/>
        </w:rPr>
        <w:t>Identification of Potential Risks and Challenges:</w:t>
      </w:r>
    </w:p>
    <w:p>
      <w:r>
        <w:rPr>
          <w:b w:val="0"/>
          <w:sz w:val="20"/>
        </w:rPr>
        <w:t>- Market Risks: ________________________________________________________</w:t>
      </w:r>
    </w:p>
    <w:p>
      <w:r>
        <w:rPr>
          <w:b w:val="0"/>
          <w:sz w:val="20"/>
        </w:rPr>
        <w:t>- Operational Risks: ____________________________________________________</w:t>
      </w:r>
    </w:p>
    <w:p>
      <w:r>
        <w:rPr>
          <w:b w:val="0"/>
          <w:sz w:val="20"/>
        </w:rPr>
        <w:t>- Financial Risks: ______________________________________________________</w:t>
      </w:r>
    </w:p>
    <w:p>
      <w:r>
        <w:rPr>
          <w:b w:val="0"/>
          <w:sz w:val="20"/>
        </w:rPr>
        <w:t>- Legal and Regulatory Risks: ___________________________________________</w:t>
      </w:r>
    </w:p>
    <w:p>
      <w:r>
        <w:rPr>
          <w:b w:val="0"/>
          <w:sz w:val="20"/>
        </w:rPr>
        <w:t>Risk Mitigation Strategies: _______________________________________________</w:t>
      </w:r>
    </w:p>
    <w:p/>
    <w:p>
      <w:r>
        <w:rPr>
          <w:b/>
          <w:sz w:val="22"/>
        </w:rPr>
        <w:t>Implementation Plan</w:t>
      </w:r>
    </w:p>
    <w:p>
      <w:r>
        <w:rPr>
          <w:b w:val="0"/>
          <w:sz w:val="20"/>
        </w:rPr>
        <w:t>Milestones and Timelines:</w:t>
      </w:r>
    </w:p>
    <w:p>
      <w:r>
        <w:rPr>
          <w:b w:val="0"/>
          <w:sz w:val="20"/>
        </w:rPr>
        <w:t>- Key Activities and Deadlines: _________________________________________</w:t>
      </w:r>
    </w:p>
    <w:p>
      <w:r>
        <w:rPr>
          <w:b w:val="0"/>
          <w:sz w:val="20"/>
        </w:rPr>
        <w:t>- Responsibility Assignments: ___________________________________________</w:t>
      </w:r>
    </w:p>
    <w:p>
      <w:r>
        <w:rPr>
          <w:b w:val="0"/>
          <w:sz w:val="20"/>
        </w:rPr>
        <w:t>- Resource Allocation: _________________________________________________</w:t>
      </w:r>
    </w:p>
    <w:p/>
    <w:p>
      <w:r>
        <w:rPr>
          <w:b/>
          <w:sz w:val="22"/>
        </w:rPr>
        <w:t>Legal Compliance and Disclosures</w:t>
      </w:r>
    </w:p>
    <w:p>
      <w:r>
        <w:rPr>
          <w:b w:val="0"/>
          <w:sz w:val="20"/>
        </w:rPr>
        <w:t>The business affirms compliance with all applicable federal, state, and local laws and regulations.</w:t>
      </w:r>
    </w:p>
    <w:p>
      <w:r>
        <w:rPr>
          <w:b w:val="0"/>
          <w:sz w:val="20"/>
        </w:rPr>
        <w:t>All intellectual property rights, licenses, permits, and registrations necessary for operation have been or will be obtained.</w:t>
      </w:r>
    </w:p>
    <w:p>
      <w:r>
        <w:rPr>
          <w:b w:val="0"/>
          <w:sz w:val="20"/>
        </w:rPr>
        <w:t>The business agrees to maintain proper records and fulfill tax and reporting obligations as required by law.</w:t>
      </w:r>
    </w:p>
    <w:p>
      <w:r>
        <w:rPr>
          <w:b w:val="0"/>
          <w:sz w:val="20"/>
        </w:rPr>
        <w:t>Confidentiality of proprietary information and protection of customer data will be upheld in accordance with applicable laws.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Prepared By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Approved By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https://docs-business.com/5-year-business-plan-template/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https://docs-business.com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docs-business.com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business.com/5-year-business-plan-template/" TargetMode="External"/><Relationship Id="rId10" Type="http://schemas.openxmlformats.org/officeDocument/2006/relationships/hyperlink" Target="https://docs-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